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04" w:type="dxa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4820"/>
        <w:gridCol w:w="3742"/>
      </w:tblGrid>
      <w:tr w:rsidR="00894D6D" w14:paraId="40CB5BBC" w14:textId="77777777" w:rsidTr="00B46490">
        <w:trPr>
          <w:jc w:val="center"/>
        </w:trPr>
        <w:tc>
          <w:tcPr>
            <w:tcW w:w="37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537C" w14:textId="6DC55153" w:rsidR="00B46490" w:rsidRDefault="00B46490">
            <w:pPr>
              <w:rPr>
                <w:noProof/>
              </w:rPr>
            </w:pPr>
            <w:r>
              <w:rPr>
                <w:noProof/>
              </w:rPr>
              <w:t xml:space="preserve">                        </w:t>
            </w:r>
            <w:r>
              <w:rPr>
                <w:noProof/>
              </w:rPr>
              <w:drawing>
                <wp:inline distT="0" distB="0" distL="0" distR="0" wp14:anchorId="374CF016" wp14:editId="1DA35DB3">
                  <wp:extent cx="972000" cy="117818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178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E4ED2" w14:textId="33A4B3A2" w:rsidR="00894D6D" w:rsidRDefault="00894D6D"/>
        </w:tc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8CDA" w14:textId="7C34ABC5" w:rsidR="00894D6D" w:rsidRDefault="00000000">
            <w:pPr>
              <w:jc w:val="center"/>
            </w:pPr>
            <w:r>
              <w:rPr>
                <w:b/>
                <w:color w:val="0B3474"/>
                <w:sz w:val="28"/>
              </w:rPr>
              <w:t>KARTA PRACY</w:t>
            </w:r>
            <w:r>
              <w:rPr>
                <w:b/>
                <w:color w:val="0B3474"/>
                <w:sz w:val="28"/>
              </w:rPr>
              <w:br/>
            </w:r>
            <w:r>
              <w:rPr>
                <w:b/>
                <w:color w:val="0B3474"/>
                <w:sz w:val="60"/>
              </w:rPr>
              <w:t>BOGUSŁAW XIV</w:t>
            </w:r>
            <w:r>
              <w:rPr>
                <w:b/>
                <w:color w:val="0B3474"/>
                <w:sz w:val="60"/>
              </w:rPr>
              <w:br/>
            </w:r>
            <w:r>
              <w:rPr>
                <w:b/>
                <w:color w:val="A7191F"/>
                <w:sz w:val="46"/>
              </w:rPr>
              <w:t>OSTATNI</w:t>
            </w:r>
            <w:r w:rsidR="00B46490">
              <w:rPr>
                <w:b/>
                <w:color w:val="A7191F"/>
                <w:sz w:val="46"/>
              </w:rPr>
              <w:t xml:space="preserve"> </w:t>
            </w:r>
            <w:r>
              <w:rPr>
                <w:b/>
                <w:color w:val="A7191F"/>
                <w:sz w:val="46"/>
              </w:rPr>
              <w:t>GRYFITA</w:t>
            </w:r>
          </w:p>
        </w:tc>
        <w:tc>
          <w:tcPr>
            <w:tcW w:w="37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7ABC" w14:textId="1EC0CE26" w:rsidR="00894D6D" w:rsidRDefault="00B46490">
            <w:r>
              <w:rPr>
                <w:noProof/>
              </w:rPr>
              <w:t xml:space="preserve">                       </w:t>
            </w:r>
            <w:r w:rsidR="00000000">
              <w:rPr>
                <w:noProof/>
              </w:rPr>
              <w:drawing>
                <wp:inline distT="0" distB="0" distL="0" distR="0" wp14:anchorId="6F6AC736" wp14:editId="6E694B11">
                  <wp:extent cx="1224000" cy="151669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_crop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51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8B022E" w14:textId="0EC70646" w:rsidR="00894D6D" w:rsidRDefault="00B46490">
      <w:pPr>
        <w:spacing w:after="40"/>
        <w:jc w:val="center"/>
      </w:pPr>
      <w:r>
        <w:rPr>
          <w:noProof/>
        </w:rPr>
        <w:drawing>
          <wp:inline distT="0" distB="0" distL="0" distR="0" wp14:anchorId="0448564B" wp14:editId="66232AD3">
            <wp:extent cx="6943725" cy="1476375"/>
            <wp:effectExtent l="0" t="0" r="9525" b="9525"/>
            <wp:docPr id="15062671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671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DC931" w14:textId="77777777" w:rsidR="00B46490" w:rsidRDefault="00B46490">
      <w:pPr>
        <w:spacing w:after="40"/>
        <w:jc w:val="center"/>
      </w:pPr>
    </w:p>
    <w:tbl>
      <w:tblPr>
        <w:tblW w:w="4348" w:type="pct"/>
        <w:jc w:val="center"/>
        <w:tblLook w:val="04A0" w:firstRow="1" w:lastRow="0" w:firstColumn="1" w:lastColumn="0" w:noHBand="0" w:noVBand="1"/>
      </w:tblPr>
      <w:tblGrid>
        <w:gridCol w:w="2293"/>
        <w:gridCol w:w="7608"/>
      </w:tblGrid>
      <w:tr w:rsidR="00B46490" w14:paraId="72D5B9FB" w14:textId="6FC80996" w:rsidTr="00B46490">
        <w:trPr>
          <w:trHeight w:val="340"/>
          <w:jc w:val="center"/>
        </w:trPr>
        <w:tc>
          <w:tcPr>
            <w:tcW w:w="1158" w:type="pct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F721A" w14:textId="77777777" w:rsidR="00B46490" w:rsidRDefault="00B46490" w:rsidP="00B46490">
            <w:pPr>
              <w:spacing w:after="0"/>
              <w:jc w:val="center"/>
            </w:pPr>
            <w:r>
              <w:rPr>
                <w:b/>
                <w:color w:val="FFFFFF"/>
                <w:sz w:val="26"/>
              </w:rPr>
              <w:t>ZADANIE 1</w:t>
            </w:r>
          </w:p>
        </w:tc>
        <w:tc>
          <w:tcPr>
            <w:tcW w:w="384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4C563" w14:textId="234C7536" w:rsidR="00B46490" w:rsidRDefault="00B46490" w:rsidP="00B46490">
            <w:pPr>
              <w:spacing w:after="0"/>
              <w:rPr>
                <w:b/>
              </w:rPr>
            </w:pPr>
            <w:r>
              <w:rPr>
                <w:b/>
              </w:rPr>
              <w:t xml:space="preserve">Na podstawie </w:t>
            </w:r>
            <w:proofErr w:type="spellStart"/>
            <w:r>
              <w:rPr>
                <w:b/>
              </w:rPr>
              <w:t>tekstu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artykułu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oraz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wiedzy</w:t>
            </w:r>
            <w:proofErr w:type="spellEnd"/>
            <w:r>
              <w:rPr>
                <w:b/>
              </w:rPr>
              <w:t xml:space="preserve"> z le</w:t>
            </w:r>
            <w:proofErr w:type="spellStart"/>
            <w:r>
              <w:rPr>
                <w:b/>
              </w:rPr>
              <w:t>kcji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historii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lub</w:t>
            </w:r>
            <w:proofErr w:type="spellEnd"/>
            <w:r>
              <w:rPr>
                <w:b/>
              </w:rPr>
              <w:t xml:space="preserve"> ZPE¹) </w:t>
            </w:r>
            <w:proofErr w:type="spellStart"/>
            <w:r>
              <w:rPr>
                <w:b/>
              </w:rPr>
              <w:t>uzupełnij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tabelę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0C4CCCEB" w14:textId="77777777" w:rsidR="00894D6D" w:rsidRDefault="00894D6D">
      <w:pPr>
        <w:spacing w:after="0"/>
      </w:pPr>
    </w:p>
    <w:p w14:paraId="795E1B39" w14:textId="77777777" w:rsidR="00894D6D" w:rsidRDefault="00000000">
      <w:pPr>
        <w:spacing w:after="40"/>
        <w:jc w:val="center"/>
      </w:pPr>
      <w:r>
        <w:rPr>
          <w:b/>
          <w:color w:val="0B3474"/>
          <w:sz w:val="24"/>
        </w:rPr>
        <w:t>Pomorze Zachodnie a wojna trzydziestoletnia (1618–1648)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3361"/>
        <w:gridCol w:w="3361"/>
        <w:gridCol w:w="3361"/>
      </w:tblGrid>
      <w:tr w:rsidR="00894D6D" w:rsidRPr="00BC472D" w14:paraId="7A2D5EEE" w14:textId="77777777" w:rsidTr="00BC472D">
        <w:trPr>
          <w:jc w:val="center"/>
        </w:trPr>
        <w:tc>
          <w:tcPr>
            <w:tcW w:w="1303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76154" w14:textId="77777777" w:rsidR="00894D6D" w:rsidRPr="00BC472D" w:rsidRDefault="00000000" w:rsidP="00B46490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BC472D">
              <w:rPr>
                <w:b/>
                <w:color w:val="FFFFFF"/>
                <w:sz w:val="16"/>
                <w:szCs w:val="16"/>
              </w:rPr>
              <w:t>Okres</w:t>
            </w:r>
            <w:proofErr w:type="spellEnd"/>
            <w:r w:rsidRPr="00BC472D">
              <w:rPr>
                <w:b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BC472D">
              <w:rPr>
                <w:b/>
                <w:color w:val="FFFFFF"/>
                <w:sz w:val="16"/>
                <w:szCs w:val="16"/>
              </w:rPr>
              <w:t>wojny</w:t>
            </w:r>
            <w:proofErr w:type="spellEnd"/>
          </w:p>
        </w:tc>
        <w:tc>
          <w:tcPr>
            <w:tcW w:w="3361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DA4AB" w14:textId="77777777" w:rsidR="00894D6D" w:rsidRPr="00BC472D" w:rsidRDefault="00000000" w:rsidP="00B46490">
            <w:pPr>
              <w:spacing w:after="0"/>
              <w:jc w:val="center"/>
              <w:rPr>
                <w:sz w:val="16"/>
                <w:szCs w:val="16"/>
              </w:rPr>
            </w:pPr>
            <w:r w:rsidRPr="00BC472D">
              <w:rPr>
                <w:b/>
                <w:color w:val="FFFFFF"/>
                <w:sz w:val="16"/>
                <w:szCs w:val="16"/>
              </w:rPr>
              <w:t>Informacje dotyczące</w:t>
            </w:r>
            <w:r w:rsidRPr="00BC472D">
              <w:rPr>
                <w:b/>
                <w:color w:val="FFFFFF"/>
                <w:sz w:val="16"/>
                <w:szCs w:val="16"/>
              </w:rPr>
              <w:br/>
              <w:t>panowania Bogusława XIV</w:t>
            </w:r>
          </w:p>
        </w:tc>
        <w:tc>
          <w:tcPr>
            <w:tcW w:w="0" w:type="auto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2DCBB" w14:textId="77777777" w:rsidR="00894D6D" w:rsidRPr="00BC472D" w:rsidRDefault="00000000" w:rsidP="00B46490">
            <w:pPr>
              <w:spacing w:after="0"/>
              <w:jc w:val="center"/>
              <w:rPr>
                <w:sz w:val="16"/>
                <w:szCs w:val="16"/>
              </w:rPr>
            </w:pPr>
            <w:r w:rsidRPr="00BC472D">
              <w:rPr>
                <w:b/>
                <w:color w:val="FFFFFF"/>
                <w:sz w:val="16"/>
                <w:szCs w:val="16"/>
              </w:rPr>
              <w:t>Sytuacja militarna</w:t>
            </w:r>
            <w:r w:rsidRPr="00BC472D">
              <w:rPr>
                <w:b/>
                <w:color w:val="FFFFFF"/>
                <w:sz w:val="16"/>
                <w:szCs w:val="16"/>
              </w:rPr>
              <w:br/>
              <w:t>na Pomorzu</w:t>
            </w:r>
          </w:p>
        </w:tc>
        <w:tc>
          <w:tcPr>
            <w:tcW w:w="0" w:type="auto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ADD02" w14:textId="77777777" w:rsidR="00894D6D" w:rsidRPr="00BC472D" w:rsidRDefault="00000000" w:rsidP="00B46490">
            <w:pPr>
              <w:spacing w:after="0"/>
              <w:jc w:val="center"/>
              <w:rPr>
                <w:sz w:val="16"/>
                <w:szCs w:val="16"/>
              </w:rPr>
            </w:pPr>
            <w:r w:rsidRPr="00BC472D">
              <w:rPr>
                <w:b/>
                <w:color w:val="FFFFFF"/>
                <w:sz w:val="16"/>
                <w:szCs w:val="16"/>
              </w:rPr>
              <w:t>Działania wojenne</w:t>
            </w:r>
            <w:r w:rsidRPr="00BC472D">
              <w:rPr>
                <w:b/>
                <w:color w:val="FFFFFF"/>
                <w:sz w:val="16"/>
                <w:szCs w:val="16"/>
              </w:rPr>
              <w:br/>
              <w:t>w Europie</w:t>
            </w:r>
          </w:p>
        </w:tc>
      </w:tr>
      <w:tr w:rsidR="00BC472D" w:rsidRPr="00BC472D" w14:paraId="343AB504" w14:textId="77777777" w:rsidTr="00BC472D">
        <w:trPr>
          <w:jc w:val="center"/>
        </w:trPr>
        <w:tc>
          <w:tcPr>
            <w:tcW w:w="13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FBC0F" w14:textId="77777777" w:rsidR="00BC472D" w:rsidRPr="00BC472D" w:rsidRDefault="00BC472D" w:rsidP="00BC472D">
            <w:pPr>
              <w:rPr>
                <w:sz w:val="16"/>
                <w:szCs w:val="16"/>
              </w:rPr>
            </w:pPr>
            <w:proofErr w:type="spellStart"/>
            <w:r w:rsidRPr="00BC472D">
              <w:rPr>
                <w:b/>
                <w:sz w:val="16"/>
                <w:szCs w:val="16"/>
              </w:rPr>
              <w:t>czesko</w:t>
            </w:r>
            <w:proofErr w:type="spellEnd"/>
            <w:r w:rsidRPr="00BC472D">
              <w:rPr>
                <w:b/>
                <w:sz w:val="16"/>
                <w:szCs w:val="16"/>
              </w:rPr>
              <w:t>-</w:t>
            </w:r>
            <w:r w:rsidRPr="00BC472D">
              <w:rPr>
                <w:b/>
                <w:sz w:val="16"/>
                <w:szCs w:val="16"/>
              </w:rPr>
              <w:br/>
              <w:t>palatynacki</w:t>
            </w:r>
            <w:r w:rsidRPr="00BC472D">
              <w:rPr>
                <w:b/>
                <w:sz w:val="16"/>
                <w:szCs w:val="16"/>
              </w:rPr>
              <w:br/>
              <w:t>lata: ............</w:t>
            </w:r>
          </w:p>
        </w:tc>
        <w:tc>
          <w:tcPr>
            <w:tcW w:w="3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E5EFF" w14:textId="045D126D" w:rsidR="00BC472D" w:rsidRPr="00BC472D" w:rsidRDefault="00BC472D" w:rsidP="00BC472D">
            <w:pPr>
              <w:spacing w:after="0" w:line="360" w:lineRule="auto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 w:rsidRPr="00BC472D"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F246C" w14:textId="68BA0971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4F729" w14:textId="755B8344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</w:tr>
      <w:tr w:rsidR="00BC472D" w:rsidRPr="00BC472D" w14:paraId="00BD80F3" w14:textId="77777777" w:rsidTr="00BC472D">
        <w:trPr>
          <w:jc w:val="center"/>
        </w:trPr>
        <w:tc>
          <w:tcPr>
            <w:tcW w:w="13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F1B1E" w14:textId="77777777" w:rsidR="00BC472D" w:rsidRPr="00BC472D" w:rsidRDefault="00BC472D" w:rsidP="00BC472D">
            <w:pPr>
              <w:rPr>
                <w:sz w:val="16"/>
                <w:szCs w:val="16"/>
              </w:rPr>
            </w:pPr>
            <w:proofErr w:type="spellStart"/>
            <w:r w:rsidRPr="00BC472D">
              <w:rPr>
                <w:b/>
                <w:sz w:val="16"/>
                <w:szCs w:val="16"/>
              </w:rPr>
              <w:t>duński</w:t>
            </w:r>
            <w:proofErr w:type="spellEnd"/>
            <w:r w:rsidRPr="00BC472D">
              <w:rPr>
                <w:b/>
                <w:sz w:val="16"/>
                <w:szCs w:val="16"/>
              </w:rPr>
              <w:br/>
              <w:t>lata: ............</w:t>
            </w:r>
          </w:p>
        </w:tc>
        <w:tc>
          <w:tcPr>
            <w:tcW w:w="3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01E5F" w14:textId="670BE8C7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9FF7F" w14:textId="2D9710C6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B94EF" w14:textId="566C5418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</w:tr>
      <w:tr w:rsidR="00BC472D" w:rsidRPr="00BC472D" w14:paraId="2F6C52C9" w14:textId="77777777" w:rsidTr="00BC472D">
        <w:trPr>
          <w:jc w:val="center"/>
        </w:trPr>
        <w:tc>
          <w:tcPr>
            <w:tcW w:w="13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8A1F4" w14:textId="77777777" w:rsidR="00BC472D" w:rsidRPr="00BC472D" w:rsidRDefault="00BC472D" w:rsidP="00BC472D">
            <w:pPr>
              <w:rPr>
                <w:sz w:val="16"/>
                <w:szCs w:val="16"/>
              </w:rPr>
            </w:pPr>
            <w:r w:rsidRPr="00BC472D">
              <w:rPr>
                <w:b/>
                <w:sz w:val="16"/>
                <w:szCs w:val="16"/>
              </w:rPr>
              <w:t>szwedzki</w:t>
            </w:r>
            <w:r w:rsidRPr="00BC472D">
              <w:rPr>
                <w:b/>
                <w:sz w:val="16"/>
                <w:szCs w:val="16"/>
              </w:rPr>
              <w:br/>
              <w:t>lata: ............</w:t>
            </w:r>
          </w:p>
        </w:tc>
        <w:tc>
          <w:tcPr>
            <w:tcW w:w="3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9BF8B" w14:textId="1DB8001D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61BCA" w14:textId="08C99AA5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4C8E8" w14:textId="648F214C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</w:tr>
      <w:tr w:rsidR="00BC472D" w:rsidRPr="00BC472D" w14:paraId="1BABCEE5" w14:textId="77777777" w:rsidTr="00BC472D">
        <w:trPr>
          <w:jc w:val="center"/>
        </w:trPr>
        <w:tc>
          <w:tcPr>
            <w:tcW w:w="13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0AF13" w14:textId="77777777" w:rsidR="00BC472D" w:rsidRPr="00BC472D" w:rsidRDefault="00BC472D" w:rsidP="00BC472D">
            <w:pPr>
              <w:rPr>
                <w:sz w:val="16"/>
                <w:szCs w:val="16"/>
              </w:rPr>
            </w:pPr>
            <w:r w:rsidRPr="00BC472D">
              <w:rPr>
                <w:b/>
                <w:sz w:val="16"/>
                <w:szCs w:val="16"/>
              </w:rPr>
              <w:t>francuski</w:t>
            </w:r>
            <w:r w:rsidRPr="00BC472D">
              <w:rPr>
                <w:b/>
                <w:sz w:val="16"/>
                <w:szCs w:val="16"/>
              </w:rPr>
              <w:br/>
              <w:t>lata: ............</w:t>
            </w:r>
          </w:p>
        </w:tc>
        <w:tc>
          <w:tcPr>
            <w:tcW w:w="3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965BD" w14:textId="2A66C83F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0C479" w14:textId="265B7A84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E345F" w14:textId="4D6160CC" w:rsidR="00BC472D" w:rsidRPr="00BC472D" w:rsidRDefault="00BC472D" w:rsidP="00BC472D">
            <w:pPr>
              <w:spacing w:after="0"/>
              <w:rPr>
                <w:sz w:val="16"/>
                <w:szCs w:val="16"/>
              </w:rPr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 ........................................................................</w:t>
            </w:r>
          </w:p>
        </w:tc>
      </w:tr>
    </w:tbl>
    <w:p w14:paraId="4D4DF628" w14:textId="77777777" w:rsidR="00894D6D" w:rsidRDefault="00894D6D">
      <w:pPr>
        <w:spacing w:after="0"/>
      </w:pPr>
    </w:p>
    <w:tbl>
      <w:tblPr>
        <w:tblW w:w="4348" w:type="pct"/>
        <w:jc w:val="center"/>
        <w:tblLook w:val="04A0" w:firstRow="1" w:lastRow="0" w:firstColumn="1" w:lastColumn="0" w:noHBand="0" w:noVBand="1"/>
      </w:tblPr>
      <w:tblGrid>
        <w:gridCol w:w="2293"/>
        <w:gridCol w:w="7608"/>
      </w:tblGrid>
      <w:tr w:rsidR="00B46490" w14:paraId="1695087C" w14:textId="77777777" w:rsidTr="008D011F">
        <w:trPr>
          <w:trHeight w:val="340"/>
          <w:jc w:val="center"/>
        </w:trPr>
        <w:tc>
          <w:tcPr>
            <w:tcW w:w="1158" w:type="pct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B7E9" w14:textId="5649DD22" w:rsidR="00B46490" w:rsidRDefault="00B46490" w:rsidP="008D011F">
            <w:pPr>
              <w:spacing w:after="0"/>
              <w:jc w:val="center"/>
            </w:pPr>
            <w:r>
              <w:rPr>
                <w:b/>
                <w:color w:val="FFFFFF"/>
                <w:sz w:val="26"/>
              </w:rPr>
              <w:t xml:space="preserve">ZADANIE </w:t>
            </w:r>
            <w:r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384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A52BE" w14:textId="77777777" w:rsidR="00B46490" w:rsidRDefault="00B46490" w:rsidP="008D011F">
            <w:pPr>
              <w:spacing w:after="0"/>
              <w:rPr>
                <w:b/>
              </w:rPr>
            </w:pPr>
            <w:r>
              <w:rPr>
                <w:b/>
              </w:rPr>
              <w:t xml:space="preserve">Na </w:t>
            </w:r>
            <w:proofErr w:type="spellStart"/>
            <w:r>
              <w:rPr>
                <w:b/>
              </w:rPr>
              <w:t>podstawie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tekstu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artykułu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oraz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wiedzy</w:t>
            </w:r>
            <w:proofErr w:type="spellEnd"/>
            <w:r>
              <w:rPr>
                <w:b/>
              </w:rPr>
              <w:t xml:space="preserve"> z </w:t>
            </w:r>
            <w:proofErr w:type="spellStart"/>
            <w:r>
              <w:rPr>
                <w:b/>
              </w:rPr>
              <w:t>lekcji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historii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lub</w:t>
            </w:r>
            <w:proofErr w:type="spellEnd"/>
            <w:r>
              <w:rPr>
                <w:b/>
              </w:rPr>
              <w:t xml:space="preserve"> ZPE¹) </w:t>
            </w:r>
            <w:proofErr w:type="spellStart"/>
            <w:r>
              <w:rPr>
                <w:b/>
              </w:rPr>
              <w:t>uzupełnij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tabelę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1DC45001" w14:textId="77777777" w:rsidR="00B46490" w:rsidRDefault="00B46490">
      <w:pPr>
        <w:spacing w:after="0"/>
      </w:pPr>
    </w:p>
    <w:p w14:paraId="42E93C97" w14:textId="77777777" w:rsidR="00894D6D" w:rsidRDefault="00000000">
      <w:pPr>
        <w:spacing w:after="40"/>
        <w:jc w:val="center"/>
      </w:pPr>
      <w:proofErr w:type="spellStart"/>
      <w:r>
        <w:rPr>
          <w:b/>
          <w:color w:val="0B3474"/>
          <w:sz w:val="24"/>
        </w:rPr>
        <w:t>Decyzje</w:t>
      </w:r>
      <w:proofErr w:type="spellEnd"/>
      <w:r>
        <w:rPr>
          <w:b/>
          <w:color w:val="0B3474"/>
          <w:sz w:val="24"/>
        </w:rPr>
        <w:t xml:space="preserve"> </w:t>
      </w:r>
      <w:proofErr w:type="spellStart"/>
      <w:r>
        <w:rPr>
          <w:b/>
          <w:color w:val="0B3474"/>
          <w:sz w:val="24"/>
        </w:rPr>
        <w:t>pokoju</w:t>
      </w:r>
      <w:proofErr w:type="spellEnd"/>
      <w:r>
        <w:rPr>
          <w:b/>
          <w:color w:val="0B3474"/>
          <w:sz w:val="24"/>
        </w:rPr>
        <w:t xml:space="preserve"> </w:t>
      </w:r>
      <w:proofErr w:type="spellStart"/>
      <w:r>
        <w:rPr>
          <w:b/>
          <w:color w:val="0B3474"/>
          <w:sz w:val="24"/>
        </w:rPr>
        <w:t>westfalskiego</w:t>
      </w:r>
      <w:proofErr w:type="spellEnd"/>
      <w:r>
        <w:rPr>
          <w:b/>
          <w:color w:val="0B3474"/>
          <w:sz w:val="24"/>
        </w:rPr>
        <w:t xml:space="preserve"> (1648)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2"/>
        <w:gridCol w:w="3742"/>
        <w:gridCol w:w="3742"/>
      </w:tblGrid>
      <w:tr w:rsidR="00894D6D" w14:paraId="1F1FBEE3" w14:textId="77777777" w:rsidTr="00BC472D">
        <w:trPr>
          <w:jc w:val="center"/>
        </w:trPr>
        <w:tc>
          <w:tcPr>
            <w:tcW w:w="3742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64174" w14:textId="77777777" w:rsidR="00894D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Kryterium decyzji</w:t>
            </w:r>
          </w:p>
        </w:tc>
        <w:tc>
          <w:tcPr>
            <w:tcW w:w="3742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9B564" w14:textId="77777777" w:rsidR="00894D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Decyzje dotyczące Pomorza</w:t>
            </w:r>
          </w:p>
        </w:tc>
        <w:tc>
          <w:tcPr>
            <w:tcW w:w="3742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08449" w14:textId="77777777" w:rsidR="00894D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Decyzje dotyczące reszty Europy</w:t>
            </w:r>
          </w:p>
        </w:tc>
      </w:tr>
      <w:tr w:rsidR="00BC472D" w14:paraId="16BB9F65" w14:textId="77777777" w:rsidTr="00BC472D">
        <w:trPr>
          <w:jc w:val="center"/>
        </w:trPr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AC031" w14:textId="77777777" w:rsidR="00BC472D" w:rsidRDefault="00BC472D" w:rsidP="00BC472D">
            <w:pPr>
              <w:spacing w:after="0"/>
            </w:pPr>
            <w:proofErr w:type="spellStart"/>
            <w:r>
              <w:rPr>
                <w:b/>
                <w:sz w:val="16"/>
              </w:rPr>
              <w:t>Polityczne</w:t>
            </w:r>
            <w:proofErr w:type="spellEnd"/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BD459" w14:textId="71E355A8" w:rsidR="00BC472D" w:rsidRDefault="00BC472D" w:rsidP="00BC472D">
            <w:pPr>
              <w:spacing w:after="0" w:line="360" w:lineRule="auto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E04D2" w14:textId="448DAF56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</w:tr>
      <w:tr w:rsidR="00BC472D" w14:paraId="462564DE" w14:textId="77777777" w:rsidTr="00BC472D">
        <w:trPr>
          <w:jc w:val="center"/>
        </w:trPr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E9486" w14:textId="77777777" w:rsidR="00BC472D" w:rsidRDefault="00BC472D" w:rsidP="00BC472D">
            <w:pPr>
              <w:spacing w:after="0"/>
            </w:pPr>
            <w:proofErr w:type="spellStart"/>
            <w:r>
              <w:rPr>
                <w:b/>
                <w:sz w:val="16"/>
              </w:rPr>
              <w:t>Terytorialne</w:t>
            </w:r>
            <w:proofErr w:type="spellEnd"/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4A050" w14:textId="23D23C59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6E96B" w14:textId="455616E0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</w:tr>
      <w:tr w:rsidR="00BC472D" w14:paraId="562B21B3" w14:textId="77777777" w:rsidTr="00BC472D">
        <w:trPr>
          <w:jc w:val="center"/>
        </w:trPr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B7EED" w14:textId="77777777" w:rsidR="00BC472D" w:rsidRDefault="00BC472D" w:rsidP="00BC472D">
            <w:pPr>
              <w:spacing w:after="0"/>
            </w:pPr>
            <w:r>
              <w:rPr>
                <w:b/>
                <w:sz w:val="16"/>
              </w:rPr>
              <w:t>Gospodarcze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1219E" w14:textId="6E39D681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363DE" w14:textId="49A5FDC3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</w:tr>
      <w:tr w:rsidR="00BC472D" w14:paraId="3447E660" w14:textId="77777777" w:rsidTr="00BC472D">
        <w:trPr>
          <w:jc w:val="center"/>
        </w:trPr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8B927" w14:textId="77777777" w:rsidR="00BC472D" w:rsidRDefault="00BC472D" w:rsidP="00BC472D">
            <w:pPr>
              <w:spacing w:after="0"/>
            </w:pPr>
            <w:r>
              <w:rPr>
                <w:b/>
                <w:sz w:val="16"/>
              </w:rPr>
              <w:t>Inne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3E0EF" w14:textId="26A5F509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  <w:tc>
          <w:tcPr>
            <w:tcW w:w="37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933E0" w14:textId="5A12B590" w:rsidR="00BC472D" w:rsidRDefault="00BC472D" w:rsidP="00BC472D">
            <w:pPr>
              <w:spacing w:after="0"/>
            </w:pPr>
            <w:r w:rsidRPr="00BC472D">
              <w:rPr>
                <w:color w:val="777777"/>
                <w:sz w:val="16"/>
                <w:szCs w:val="16"/>
              </w:rPr>
              <w:t>........................................................................</w:t>
            </w:r>
            <w:r>
              <w:rPr>
                <w:color w:val="777777"/>
                <w:sz w:val="16"/>
                <w:szCs w:val="16"/>
              </w:rPr>
              <w:t xml:space="preserve"> </w:t>
            </w:r>
            <w:r w:rsidRPr="00BC472D">
              <w:rPr>
                <w:color w:val="777777"/>
                <w:sz w:val="16"/>
                <w:szCs w:val="16"/>
              </w:rPr>
              <w:t xml:space="preserve">........................................................................ </w:t>
            </w:r>
          </w:p>
        </w:tc>
      </w:tr>
    </w:tbl>
    <w:p w14:paraId="455DCE16" w14:textId="77777777" w:rsidR="00894D6D" w:rsidRDefault="00000000">
      <w:pPr>
        <w:spacing w:before="60" w:after="0"/>
      </w:pPr>
      <w:r>
        <w:rPr>
          <w:sz w:val="14"/>
        </w:rPr>
        <w:t xml:space="preserve">¹ Podczas rozwiązywania zadań w tej karcie pracy można wykorzystać tematy: </w:t>
      </w:r>
      <w:r>
        <w:rPr>
          <w:i/>
          <w:sz w:val="14"/>
        </w:rPr>
        <w:t>Wojna trzydziestoletnia. Działania wojenne w latach 1624–1635</w:t>
      </w:r>
      <w:r>
        <w:rPr>
          <w:sz w:val="14"/>
        </w:rPr>
        <w:t xml:space="preserve">, Zintegrowana Platforma Edukacyjna  https://zpe.gov.pl/b/wojna-trzydziestoletnia-dzialania-wojenne-w-latach-1624-1635/P2xJMn6Z oraz </w:t>
      </w:r>
      <w:r>
        <w:rPr>
          <w:i/>
          <w:sz w:val="14"/>
        </w:rPr>
        <w:t>Wojna europejska (trzydziestoletnia) z udziałem Francji. Pokój westfalski</w:t>
      </w:r>
      <w:r>
        <w:rPr>
          <w:sz w:val="14"/>
        </w:rPr>
        <w:t>, Zintegrowana Platforma Edukacyjna  https://zpe.gov.pl/a/przeczytaj/D15D4OOgM</w:t>
      </w:r>
    </w:p>
    <w:p w14:paraId="3AB7FA55" w14:textId="77777777" w:rsidR="00894D6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2"/>
        <w:gridCol w:w="7946"/>
      </w:tblGrid>
      <w:tr w:rsidR="00BC472D" w14:paraId="787B308A" w14:textId="77777777" w:rsidTr="00A16A4B">
        <w:trPr>
          <w:jc w:val="center"/>
        </w:trPr>
        <w:tc>
          <w:tcPr>
            <w:tcW w:w="3242" w:type="dxa"/>
            <w:shd w:val="clear" w:color="auto" w:fill="003B7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7821DFF" w14:textId="77777777" w:rsidR="00BC472D" w:rsidRDefault="00BC472D" w:rsidP="00BC472D">
            <w:pPr>
              <w:spacing w:after="0"/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ZADANIE 3</w:t>
            </w:r>
          </w:p>
        </w:tc>
        <w:tc>
          <w:tcPr>
            <w:tcW w:w="7946" w:type="dxa"/>
            <w:tcMar>
              <w:top w:w="60" w:type="dxa"/>
              <w:left w:w="100" w:type="dxa"/>
              <w:bottom w:w="60" w:type="dxa"/>
              <w:right w:w="40" w:type="dxa"/>
            </w:tcMar>
          </w:tcPr>
          <w:p w14:paraId="35C59894" w14:textId="4FAD83D0" w:rsidR="00BC472D" w:rsidRDefault="00BC472D" w:rsidP="00BC472D">
            <w:pPr>
              <w:spacing w:after="0"/>
            </w:pPr>
            <w:r>
              <w:rPr>
                <w:b/>
                <w:sz w:val="19"/>
              </w:rPr>
              <w:t xml:space="preserve">Na </w:t>
            </w:r>
            <w:proofErr w:type="spellStart"/>
            <w:r>
              <w:rPr>
                <w:b/>
                <w:sz w:val="19"/>
              </w:rPr>
              <w:t>podstawie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tekstu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artykułu</w:t>
            </w:r>
            <w:proofErr w:type="spellEnd"/>
            <w:r>
              <w:rPr>
                <w:b/>
                <w:sz w:val="19"/>
              </w:rPr>
              <w:t xml:space="preserve">, </w:t>
            </w:r>
            <w:proofErr w:type="spellStart"/>
            <w:r>
              <w:rPr>
                <w:b/>
                <w:sz w:val="19"/>
              </w:rPr>
              <w:t>mapy</w:t>
            </w:r>
            <w:proofErr w:type="spellEnd"/>
            <w:r>
              <w:rPr>
                <w:b/>
                <w:sz w:val="19"/>
              </w:rPr>
              <w:t xml:space="preserve"> nr 1 </w:t>
            </w:r>
            <w:proofErr w:type="spellStart"/>
            <w:r>
              <w:rPr>
                <w:b/>
                <w:sz w:val="19"/>
              </w:rPr>
              <w:t>oraz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informacji</w:t>
            </w:r>
            <w:proofErr w:type="spellEnd"/>
            <w:r>
              <w:rPr>
                <w:b/>
                <w:sz w:val="19"/>
              </w:rPr>
              <w:t xml:space="preserve"> z </w:t>
            </w:r>
            <w:proofErr w:type="spellStart"/>
            <w:r>
              <w:rPr>
                <w:b/>
                <w:sz w:val="19"/>
              </w:rPr>
              <w:t>podręcznika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historii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lub</w:t>
            </w:r>
            <w:proofErr w:type="spellEnd"/>
            <w:r>
              <w:rPr>
                <w:b/>
                <w:sz w:val="19"/>
              </w:rPr>
              <w:t xml:space="preserve"> ZPE)</w:t>
            </w:r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wyjaśnij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znaczenie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strategiczne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Pomorza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dla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działań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zbrojnych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podczas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wojny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trzydziestoletniej</w:t>
            </w:r>
            <w:proofErr w:type="spellEnd"/>
            <w:r>
              <w:rPr>
                <w:b/>
                <w:sz w:val="19"/>
              </w:rPr>
              <w:t>.</w:t>
            </w:r>
          </w:p>
        </w:tc>
      </w:tr>
    </w:tbl>
    <w:p w14:paraId="290228FA" w14:textId="77777777" w:rsidR="00BC472D" w:rsidRDefault="00BC472D" w:rsidP="00BC472D">
      <w:pPr>
        <w:spacing w:after="0"/>
      </w:pPr>
    </w:p>
    <w:p w14:paraId="52EAC8A0" w14:textId="77777777" w:rsidR="00BC472D" w:rsidRDefault="00BC472D" w:rsidP="00BC472D">
      <w:pPr>
        <w:spacing w:before="20" w:after="60"/>
        <w:rPr>
          <w:b/>
          <w:sz w:val="19"/>
        </w:rPr>
      </w:pPr>
      <w:r>
        <w:rPr>
          <w:b/>
          <w:sz w:val="19"/>
        </w:rPr>
        <w:t xml:space="preserve">Mapa 1. </w:t>
      </w:r>
      <w:proofErr w:type="spellStart"/>
      <w:r>
        <w:rPr>
          <w:b/>
          <w:sz w:val="19"/>
        </w:rPr>
        <w:t>Działania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wojenne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podczas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wojny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trzydziestoletniej</w:t>
      </w:r>
      <w:proofErr w:type="spellEnd"/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4"/>
        <w:gridCol w:w="5130"/>
      </w:tblGrid>
      <w:tr w:rsidR="00A16A4B" w14:paraId="33F9BDFD" w14:textId="77777777" w:rsidTr="00270E66">
        <w:trPr>
          <w:trHeight w:val="2985"/>
        </w:trPr>
        <w:tc>
          <w:tcPr>
            <w:tcW w:w="6274" w:type="dxa"/>
            <w:vMerge w:val="restart"/>
          </w:tcPr>
          <w:p w14:paraId="565B5F4C" w14:textId="5A99A890" w:rsidR="00A16A4B" w:rsidRDefault="00A16A4B" w:rsidP="00BC472D">
            <w:pPr>
              <w:spacing w:before="20" w:after="60"/>
            </w:pPr>
            <w:r>
              <w:rPr>
                <w:noProof/>
              </w:rPr>
              <w:drawing>
                <wp:inline distT="0" distB="0" distL="0" distR="0" wp14:anchorId="53E47926" wp14:editId="7F0899AB">
                  <wp:extent cx="3840480" cy="3740912"/>
                  <wp:effectExtent l="0" t="0" r="6350" b="0"/>
                  <wp:docPr id="1677875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p1_boguslaw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3740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0A63DBF3" w14:textId="78D9C7A0" w:rsidR="00A16A4B" w:rsidRDefault="00A16A4B" w:rsidP="00A16A4B">
            <w:pPr>
              <w:spacing w:before="20" w:after="60"/>
            </w:pPr>
            <w:r>
              <w:rPr>
                <w:noProof/>
              </w:rPr>
              <w:drawing>
                <wp:inline distT="0" distB="0" distL="0" distR="0" wp14:anchorId="55CC2ACD" wp14:editId="3950A1F2">
                  <wp:extent cx="2227317" cy="1728000"/>
                  <wp:effectExtent l="0" t="0" r="1905" b="5715"/>
                  <wp:docPr id="178075022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750223" name=""/>
                          <pic:cNvPicPr/>
                        </pic:nvPicPr>
                        <pic:blipFill rotWithShape="1">
                          <a:blip r:embed="rId10"/>
                          <a:srcRect b="7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729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A4B" w14:paraId="5A8ACD22" w14:textId="77777777" w:rsidTr="00270E66">
        <w:trPr>
          <w:trHeight w:val="2985"/>
        </w:trPr>
        <w:tc>
          <w:tcPr>
            <w:tcW w:w="6274" w:type="dxa"/>
            <w:vMerge/>
          </w:tcPr>
          <w:p w14:paraId="66A005B5" w14:textId="77777777" w:rsidR="00A16A4B" w:rsidRDefault="00A16A4B" w:rsidP="00BC472D">
            <w:pPr>
              <w:spacing w:before="20" w:after="60"/>
              <w:rPr>
                <w:noProof/>
              </w:rPr>
            </w:pPr>
          </w:p>
        </w:tc>
        <w:tc>
          <w:tcPr>
            <w:tcW w:w="5130" w:type="dxa"/>
          </w:tcPr>
          <w:p w14:paraId="0893FA1F" w14:textId="77777777" w:rsidR="00A16A4B" w:rsidRDefault="00A16A4B" w:rsidP="00A16A4B">
            <w:pPr>
              <w:spacing w:after="60"/>
              <w:rPr>
                <w:sz w:val="20"/>
                <w:szCs w:val="20"/>
              </w:rPr>
            </w:pPr>
          </w:p>
          <w:p w14:paraId="35FE7770" w14:textId="2149000F" w:rsidR="00A16A4B" w:rsidRPr="00A16A4B" w:rsidRDefault="00A16A4B" w:rsidP="00A16A4B">
            <w:pPr>
              <w:spacing w:after="60"/>
              <w:rPr>
                <w:sz w:val="20"/>
                <w:szCs w:val="20"/>
              </w:rPr>
            </w:pPr>
            <w:r w:rsidRPr="00A16A4B">
              <w:rPr>
                <w:sz w:val="20"/>
                <w:szCs w:val="20"/>
              </w:rPr>
              <w:t xml:space="preserve">①  </w:t>
            </w:r>
            <w:r w:rsidRPr="00A16A4B">
              <w:rPr>
                <w:szCs w:val="18"/>
              </w:rPr>
              <w:t xml:space="preserve">1620–1623 – </w:t>
            </w:r>
            <w:proofErr w:type="spellStart"/>
            <w:r w:rsidRPr="00A16A4B">
              <w:rPr>
                <w:szCs w:val="18"/>
              </w:rPr>
              <w:t>Przegrana</w:t>
            </w:r>
            <w:proofErr w:type="spellEnd"/>
            <w:r w:rsidRPr="00A16A4B">
              <w:rPr>
                <w:szCs w:val="18"/>
              </w:rPr>
              <w:t xml:space="preserve"> </w:t>
            </w:r>
            <w:r w:rsidRPr="00A16A4B">
              <w:rPr>
                <w:szCs w:val="18"/>
              </w:rPr>
              <w:t xml:space="preserve">Czech </w:t>
            </w:r>
            <w:proofErr w:type="spellStart"/>
            <w:r w:rsidRPr="00A16A4B">
              <w:rPr>
                <w:szCs w:val="18"/>
              </w:rPr>
              <w:t>i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elektora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Palatynatu</w:t>
            </w:r>
            <w:proofErr w:type="spellEnd"/>
          </w:p>
          <w:p w14:paraId="7E38D043" w14:textId="1F49711D" w:rsidR="00A16A4B" w:rsidRPr="00A16A4B" w:rsidRDefault="00A16A4B" w:rsidP="00A16A4B">
            <w:pPr>
              <w:spacing w:after="60"/>
              <w:rPr>
                <w:szCs w:val="18"/>
              </w:rPr>
            </w:pPr>
            <w:r w:rsidRPr="00A16A4B">
              <w:rPr>
                <w:sz w:val="20"/>
                <w:szCs w:val="20"/>
              </w:rPr>
              <w:t xml:space="preserve">②  1625–1629 – </w:t>
            </w:r>
            <w:proofErr w:type="spellStart"/>
            <w:r w:rsidRPr="00A16A4B">
              <w:rPr>
                <w:szCs w:val="18"/>
              </w:rPr>
              <w:t>Interwencja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i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przegrana</w:t>
            </w:r>
            <w:proofErr w:type="spellEnd"/>
            <w:r w:rsidRPr="00A16A4B">
              <w:rPr>
                <w:szCs w:val="18"/>
              </w:rPr>
              <w:t xml:space="preserve"> Christiana IV</w:t>
            </w:r>
            <w:r w:rsidRPr="00A16A4B">
              <w:rPr>
                <w:szCs w:val="18"/>
              </w:rPr>
              <w:br/>
            </w:r>
            <w:proofErr w:type="spellStart"/>
            <w:r w:rsidRPr="00A16A4B">
              <w:rPr>
                <w:szCs w:val="18"/>
              </w:rPr>
              <w:t>Oldenburga</w:t>
            </w:r>
            <w:proofErr w:type="spellEnd"/>
          </w:p>
          <w:p w14:paraId="649A8C9B" w14:textId="14E302CD" w:rsidR="00A16A4B" w:rsidRPr="00A16A4B" w:rsidRDefault="00A16A4B" w:rsidP="00A16A4B">
            <w:pPr>
              <w:spacing w:after="60"/>
              <w:rPr>
                <w:sz w:val="20"/>
                <w:szCs w:val="20"/>
              </w:rPr>
            </w:pPr>
            <w:r w:rsidRPr="00A16A4B">
              <w:rPr>
                <w:sz w:val="20"/>
                <w:szCs w:val="20"/>
              </w:rPr>
              <w:t xml:space="preserve">③  1630–1632 – </w:t>
            </w:r>
            <w:proofErr w:type="spellStart"/>
            <w:r w:rsidRPr="00A16A4B">
              <w:rPr>
                <w:szCs w:val="18"/>
              </w:rPr>
              <w:t>Interwencja</w:t>
            </w:r>
            <w:proofErr w:type="spellEnd"/>
            <w:r w:rsidRPr="00A16A4B">
              <w:rPr>
                <w:szCs w:val="18"/>
              </w:rPr>
              <w:t xml:space="preserve"> </w:t>
            </w:r>
            <w:r w:rsidRPr="00A16A4B">
              <w:rPr>
                <w:szCs w:val="18"/>
              </w:rPr>
              <w:t xml:space="preserve">Gustawa II Adolfa </w:t>
            </w:r>
            <w:proofErr w:type="spellStart"/>
            <w:r w:rsidRPr="00A16A4B">
              <w:rPr>
                <w:szCs w:val="18"/>
              </w:rPr>
              <w:t>Wazy</w:t>
            </w:r>
            <w:proofErr w:type="spellEnd"/>
          </w:p>
          <w:p w14:paraId="55F62332" w14:textId="77777777" w:rsidR="00A16A4B" w:rsidRDefault="00A16A4B" w:rsidP="00A16A4B">
            <w:pPr>
              <w:spacing w:after="60"/>
              <w:rPr>
                <w:sz w:val="20"/>
                <w:szCs w:val="20"/>
              </w:rPr>
            </w:pPr>
            <w:r w:rsidRPr="00A16A4B">
              <w:rPr>
                <w:sz w:val="20"/>
                <w:szCs w:val="20"/>
              </w:rPr>
              <w:t xml:space="preserve">④  </w:t>
            </w:r>
          </w:p>
          <w:p w14:paraId="1810F04D" w14:textId="4F06E118" w:rsidR="00A16A4B" w:rsidRPr="00A16A4B" w:rsidRDefault="00A16A4B" w:rsidP="00A16A4B">
            <w:pPr>
              <w:spacing w:after="60"/>
              <w:rPr>
                <w:sz w:val="20"/>
                <w:szCs w:val="20"/>
              </w:rPr>
            </w:pPr>
            <w:r w:rsidRPr="00A16A4B">
              <w:rPr>
                <w:sz w:val="20"/>
                <w:szCs w:val="20"/>
              </w:rPr>
              <w:t xml:space="preserve">1635 – </w:t>
            </w:r>
            <w:proofErr w:type="spellStart"/>
            <w:r w:rsidRPr="00A16A4B">
              <w:rPr>
                <w:szCs w:val="18"/>
              </w:rPr>
              <w:t>Interwencja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Francji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przeciwko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Hiszpanii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i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Rzeszy</w:t>
            </w:r>
            <w:proofErr w:type="spellEnd"/>
            <w:r w:rsidRPr="00A16A4B">
              <w:rPr>
                <w:sz w:val="20"/>
                <w:szCs w:val="20"/>
              </w:rPr>
              <w:br/>
              <w:t xml:space="preserve">1642 – </w:t>
            </w:r>
            <w:proofErr w:type="spellStart"/>
            <w:r w:rsidRPr="00A16A4B">
              <w:rPr>
                <w:szCs w:val="18"/>
              </w:rPr>
              <w:t>Okupacja</w:t>
            </w:r>
            <w:proofErr w:type="spellEnd"/>
            <w:r w:rsidRPr="00A16A4B">
              <w:rPr>
                <w:szCs w:val="18"/>
              </w:rPr>
              <w:t xml:space="preserve"> Roussillon</w:t>
            </w:r>
            <w:r w:rsidRPr="00A16A4B">
              <w:rPr>
                <w:sz w:val="20"/>
                <w:szCs w:val="20"/>
              </w:rPr>
              <w:br/>
              <w:t xml:space="preserve">1643 – </w:t>
            </w:r>
            <w:proofErr w:type="spellStart"/>
            <w:r w:rsidRPr="00A16A4B">
              <w:rPr>
                <w:szCs w:val="18"/>
              </w:rPr>
              <w:t>Zwycięstwo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Francji</w:t>
            </w:r>
            <w:proofErr w:type="spellEnd"/>
            <w:r w:rsidRPr="00A16A4B">
              <w:rPr>
                <w:szCs w:val="18"/>
              </w:rPr>
              <w:t xml:space="preserve"> </w:t>
            </w:r>
            <w:r w:rsidRPr="00A16A4B">
              <w:rPr>
                <w:szCs w:val="18"/>
              </w:rPr>
              <w:t xml:space="preserve">pod </w:t>
            </w:r>
            <w:proofErr w:type="spellStart"/>
            <w:r w:rsidRPr="00A16A4B">
              <w:rPr>
                <w:szCs w:val="18"/>
              </w:rPr>
              <w:t>Rocroi</w:t>
            </w:r>
            <w:proofErr w:type="spellEnd"/>
          </w:p>
          <w:p w14:paraId="2407CE87" w14:textId="719F99E7" w:rsidR="00A16A4B" w:rsidRDefault="00A16A4B" w:rsidP="00A16A4B">
            <w:pPr>
              <w:spacing w:after="60"/>
              <w:rPr>
                <w:sz w:val="16"/>
              </w:rPr>
            </w:pPr>
            <w:r w:rsidRPr="00A16A4B">
              <w:rPr>
                <w:sz w:val="20"/>
                <w:szCs w:val="20"/>
              </w:rPr>
              <w:t xml:space="preserve">⑤  1645–1648 – </w:t>
            </w:r>
            <w:proofErr w:type="spellStart"/>
            <w:r w:rsidRPr="00A16A4B">
              <w:rPr>
                <w:szCs w:val="18"/>
              </w:rPr>
              <w:t>Kampania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niemiecka</w:t>
            </w:r>
            <w:proofErr w:type="spellEnd"/>
            <w:r w:rsidRPr="00A16A4B">
              <w:rPr>
                <w:szCs w:val="18"/>
              </w:rPr>
              <w:t xml:space="preserve"> </w:t>
            </w:r>
            <w:r w:rsidRPr="00A16A4B">
              <w:rPr>
                <w:szCs w:val="18"/>
              </w:rPr>
              <w:t xml:space="preserve">de </w:t>
            </w:r>
            <w:proofErr w:type="spellStart"/>
            <w:r w:rsidRPr="00A16A4B">
              <w:rPr>
                <w:szCs w:val="18"/>
              </w:rPr>
              <w:t>Turenne’a</w:t>
            </w:r>
            <w:proofErr w:type="spellEnd"/>
            <w:r w:rsidRPr="00A16A4B">
              <w:rPr>
                <w:szCs w:val="18"/>
              </w:rPr>
              <w:t xml:space="preserve"> </w:t>
            </w:r>
            <w:proofErr w:type="spellStart"/>
            <w:r w:rsidRPr="00A16A4B">
              <w:rPr>
                <w:szCs w:val="18"/>
              </w:rPr>
              <w:t>i</w:t>
            </w:r>
            <w:proofErr w:type="spellEnd"/>
            <w:r w:rsidRPr="00A16A4B">
              <w:rPr>
                <w:szCs w:val="18"/>
              </w:rPr>
              <w:t xml:space="preserve"> Szwedów</w:t>
            </w:r>
          </w:p>
        </w:tc>
      </w:tr>
    </w:tbl>
    <w:p w14:paraId="367AEB82" w14:textId="77777777" w:rsidR="00A16A4B" w:rsidRDefault="00A16A4B" w:rsidP="00BC472D">
      <w:pPr>
        <w:spacing w:before="20" w:after="60"/>
      </w:pPr>
    </w:p>
    <w:p w14:paraId="5643E925" w14:textId="77777777" w:rsidR="00BC472D" w:rsidRDefault="00BC472D" w:rsidP="00BC472D">
      <w:pPr>
        <w:spacing w:after="60"/>
      </w:pPr>
      <w:proofErr w:type="spellStart"/>
      <w:r>
        <w:rPr>
          <w:b/>
        </w:rPr>
        <w:t>Źródło</w:t>
      </w:r>
      <w:proofErr w:type="spellEnd"/>
      <w:r>
        <w:rPr>
          <w:b/>
        </w:rPr>
        <w:t xml:space="preserve">: </w:t>
      </w:r>
      <w:r>
        <w:rPr>
          <w:color w:val="0050B4"/>
          <w:u w:val="single"/>
        </w:rPr>
        <w:t>https://pl.wikipedia.org/wiki/Wojna_trzydziestoletnia</w:t>
      </w:r>
    </w:p>
    <w:p w14:paraId="0654124D" w14:textId="77777777" w:rsidR="00BC472D" w:rsidRDefault="00BC472D" w:rsidP="00BC472D">
      <w:pPr>
        <w:spacing w:before="20" w:after="60"/>
      </w:pPr>
      <w:proofErr w:type="spellStart"/>
      <w:r>
        <w:rPr>
          <w:b/>
          <w:sz w:val="19"/>
        </w:rPr>
        <w:t>Wyjaśnienie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znaczenia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strategicznego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Pomorza</w:t>
      </w:r>
      <w:proofErr w:type="spellEnd"/>
      <w:r>
        <w:rPr>
          <w:b/>
          <w:sz w:val="19"/>
        </w:rPr>
        <w:t>:</w:t>
      </w:r>
    </w:p>
    <w:p w14:paraId="624ECFFD" w14:textId="77777777" w:rsidR="00BC472D" w:rsidRPr="00A16A4B" w:rsidRDefault="00BC472D" w:rsidP="00BC472D">
      <w:pPr>
        <w:spacing w:after="20"/>
        <w:rPr>
          <w:sz w:val="24"/>
          <w:szCs w:val="24"/>
        </w:rPr>
      </w:pPr>
      <w:r w:rsidRPr="00A16A4B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048E09B6" w14:textId="77777777" w:rsidR="00BC472D" w:rsidRPr="00A16A4B" w:rsidRDefault="00BC472D" w:rsidP="00BC472D">
      <w:pPr>
        <w:spacing w:after="20"/>
        <w:rPr>
          <w:sz w:val="24"/>
          <w:szCs w:val="24"/>
        </w:rPr>
      </w:pPr>
      <w:r w:rsidRPr="00A16A4B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581734B4" w14:textId="77777777" w:rsidR="00BC472D" w:rsidRPr="00A16A4B" w:rsidRDefault="00BC472D" w:rsidP="00BC472D">
      <w:pPr>
        <w:spacing w:after="20"/>
        <w:rPr>
          <w:sz w:val="24"/>
          <w:szCs w:val="24"/>
        </w:rPr>
      </w:pPr>
      <w:r w:rsidRPr="00A16A4B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2"/>
        <w:gridCol w:w="7946"/>
      </w:tblGrid>
      <w:tr w:rsidR="00BC472D" w14:paraId="3B76D9CE" w14:textId="77777777" w:rsidTr="00A16A4B">
        <w:trPr>
          <w:jc w:val="center"/>
        </w:trPr>
        <w:tc>
          <w:tcPr>
            <w:tcW w:w="3242" w:type="dxa"/>
            <w:shd w:val="clear" w:color="auto" w:fill="003B7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4DAFF7" w14:textId="77777777" w:rsidR="00BC472D" w:rsidRDefault="00BC472D" w:rsidP="00A16A4B">
            <w:pPr>
              <w:spacing w:after="0"/>
              <w:jc w:val="center"/>
            </w:pPr>
            <w:r>
              <w:rPr>
                <w:b/>
                <w:color w:val="FFFFFF"/>
                <w:sz w:val="28"/>
              </w:rPr>
              <w:t>ZADANIE 4</w:t>
            </w:r>
          </w:p>
        </w:tc>
        <w:tc>
          <w:tcPr>
            <w:tcW w:w="7946" w:type="dxa"/>
            <w:tcMar>
              <w:top w:w="60" w:type="dxa"/>
              <w:left w:w="100" w:type="dxa"/>
              <w:bottom w:w="60" w:type="dxa"/>
              <w:right w:w="40" w:type="dxa"/>
            </w:tcMar>
          </w:tcPr>
          <w:p w14:paraId="786450A6" w14:textId="430AF729" w:rsidR="00BC472D" w:rsidRDefault="00BC472D" w:rsidP="00A16A4B">
            <w:pPr>
              <w:spacing w:after="0"/>
            </w:pPr>
            <w:r>
              <w:rPr>
                <w:b/>
                <w:sz w:val="19"/>
              </w:rPr>
              <w:t xml:space="preserve">Na </w:t>
            </w:r>
            <w:proofErr w:type="spellStart"/>
            <w:r>
              <w:rPr>
                <w:b/>
                <w:sz w:val="19"/>
              </w:rPr>
              <w:t>podstawie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treści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artykułu</w:t>
            </w:r>
            <w:proofErr w:type="spellEnd"/>
            <w:r>
              <w:rPr>
                <w:b/>
                <w:sz w:val="19"/>
              </w:rPr>
              <w:t xml:space="preserve">, </w:t>
            </w:r>
            <w:proofErr w:type="spellStart"/>
            <w:r>
              <w:rPr>
                <w:b/>
                <w:sz w:val="19"/>
              </w:rPr>
              <w:t>mapy</w:t>
            </w:r>
            <w:proofErr w:type="spellEnd"/>
            <w:r>
              <w:rPr>
                <w:b/>
                <w:sz w:val="19"/>
              </w:rPr>
              <w:t xml:space="preserve"> nr 2 </w:t>
            </w:r>
            <w:proofErr w:type="spellStart"/>
            <w:r>
              <w:rPr>
                <w:b/>
                <w:sz w:val="19"/>
              </w:rPr>
              <w:t>oraz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informacji</w:t>
            </w:r>
            <w:proofErr w:type="spellEnd"/>
            <w:r>
              <w:rPr>
                <w:b/>
                <w:sz w:val="19"/>
              </w:rPr>
              <w:t xml:space="preserve"> z </w:t>
            </w:r>
            <w:proofErr w:type="spellStart"/>
            <w:r>
              <w:rPr>
                <w:b/>
                <w:sz w:val="19"/>
              </w:rPr>
              <w:t>podręcznika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historii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lub</w:t>
            </w:r>
            <w:proofErr w:type="spellEnd"/>
            <w:r>
              <w:rPr>
                <w:b/>
                <w:sz w:val="19"/>
              </w:rPr>
              <w:t xml:space="preserve"> ZPE)</w:t>
            </w:r>
            <w:r w:rsidR="00A16A4B"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wyjaśnij</w:t>
            </w:r>
            <w:proofErr w:type="spellEnd"/>
            <w:r>
              <w:rPr>
                <w:b/>
                <w:sz w:val="19"/>
              </w:rPr>
              <w:t xml:space="preserve">, </w:t>
            </w:r>
            <w:proofErr w:type="spellStart"/>
            <w:r>
              <w:rPr>
                <w:b/>
                <w:sz w:val="19"/>
              </w:rPr>
              <w:t>jakie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skutki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gospodarcze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miała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dla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Pomorza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wojna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trzydziestoletnia</w:t>
            </w:r>
            <w:proofErr w:type="spellEnd"/>
            <w:r>
              <w:rPr>
                <w:b/>
                <w:sz w:val="19"/>
              </w:rPr>
              <w:t>.</w:t>
            </w:r>
          </w:p>
        </w:tc>
      </w:tr>
    </w:tbl>
    <w:p w14:paraId="598E8415" w14:textId="77777777" w:rsidR="00BC472D" w:rsidRDefault="00BC472D" w:rsidP="00BC472D">
      <w:pPr>
        <w:spacing w:after="0"/>
      </w:pPr>
    </w:p>
    <w:p w14:paraId="4B6E0813" w14:textId="77777777" w:rsidR="00BC472D" w:rsidRDefault="00BC472D" w:rsidP="00BC472D">
      <w:pPr>
        <w:spacing w:before="20" w:after="60"/>
        <w:rPr>
          <w:b/>
          <w:sz w:val="19"/>
        </w:rPr>
      </w:pPr>
      <w:r>
        <w:rPr>
          <w:b/>
          <w:sz w:val="19"/>
        </w:rPr>
        <w:t xml:space="preserve">Mapa 2. </w:t>
      </w:r>
      <w:proofErr w:type="spellStart"/>
      <w:r>
        <w:rPr>
          <w:b/>
          <w:sz w:val="19"/>
        </w:rPr>
        <w:t>Straty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ludnościowe</w:t>
      </w:r>
      <w:proofErr w:type="spellEnd"/>
      <w:r>
        <w:rPr>
          <w:b/>
          <w:sz w:val="19"/>
        </w:rPr>
        <w:t xml:space="preserve"> w </w:t>
      </w:r>
      <w:proofErr w:type="spellStart"/>
      <w:r>
        <w:rPr>
          <w:b/>
          <w:sz w:val="19"/>
        </w:rPr>
        <w:t>Rzeszy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skutek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wojny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trzydziestoletniej</w:t>
      </w:r>
      <w:proofErr w:type="spellEnd"/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5484"/>
      </w:tblGrid>
      <w:tr w:rsidR="00270E66" w14:paraId="478129DC" w14:textId="77777777" w:rsidTr="00270E66">
        <w:tc>
          <w:tcPr>
            <w:tcW w:w="5882" w:type="dxa"/>
          </w:tcPr>
          <w:p w14:paraId="7C3D8737" w14:textId="5605C1E7" w:rsidR="00270E66" w:rsidRDefault="00270E66" w:rsidP="00270E66">
            <w:pPr>
              <w:spacing w:before="20" w:after="60"/>
              <w:jc w:val="center"/>
            </w:pPr>
            <w:r>
              <w:rPr>
                <w:noProof/>
              </w:rPr>
              <w:drawing>
                <wp:inline distT="0" distB="0" distL="0" distR="0" wp14:anchorId="35ECAA1D" wp14:editId="62CFFEB8">
                  <wp:extent cx="2500986" cy="2263996"/>
                  <wp:effectExtent l="0" t="0" r="0" b="3175"/>
                  <wp:docPr id="9289151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p2_boguslaw.png"/>
                          <pic:cNvPicPr/>
                        </pic:nvPicPr>
                        <pic:blipFill rotWithShape="1">
                          <a:blip r:embed="rId11"/>
                          <a:srcRect l="1830" t="11022" r="942" b="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409" cy="2284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4" w:type="dxa"/>
          </w:tcPr>
          <w:p w14:paraId="7EAC0E67" w14:textId="77777777" w:rsidR="00270E66" w:rsidRDefault="00270E66" w:rsidP="00270E66">
            <w:pPr>
              <w:spacing w:before="20" w:after="60"/>
              <w:jc w:val="center"/>
            </w:pPr>
          </w:p>
          <w:p w14:paraId="188B6B84" w14:textId="77777777" w:rsidR="00270E66" w:rsidRDefault="00270E66" w:rsidP="00270E66">
            <w:pPr>
              <w:spacing w:before="20" w:after="60"/>
              <w:jc w:val="center"/>
            </w:pPr>
          </w:p>
          <w:p w14:paraId="537EFEA7" w14:textId="77777777" w:rsidR="00270E66" w:rsidRDefault="00270E66" w:rsidP="00270E66">
            <w:pPr>
              <w:spacing w:before="20" w:after="60"/>
              <w:jc w:val="center"/>
            </w:pPr>
          </w:p>
          <w:p w14:paraId="5F793207" w14:textId="37A86D89" w:rsidR="00270E66" w:rsidRDefault="00270E66" w:rsidP="00270E66">
            <w:pPr>
              <w:spacing w:before="20" w:after="60"/>
              <w:jc w:val="center"/>
            </w:pPr>
            <w:r>
              <w:rPr>
                <w:noProof/>
              </w:rPr>
              <w:drawing>
                <wp:inline distT="0" distB="0" distL="0" distR="0" wp14:anchorId="51FD85C6" wp14:editId="279B0567">
                  <wp:extent cx="1071853" cy="977968"/>
                  <wp:effectExtent l="0" t="0" r="0" b="0"/>
                  <wp:docPr id="3845323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53232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035" cy="98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514D8" w14:textId="77777777" w:rsidR="00270E66" w:rsidRDefault="00270E66" w:rsidP="00BC472D">
      <w:pPr>
        <w:spacing w:before="20" w:after="60"/>
      </w:pPr>
    </w:p>
    <w:p w14:paraId="0DF0CFFA" w14:textId="77777777" w:rsidR="00BC472D" w:rsidRDefault="00BC472D" w:rsidP="00BC472D">
      <w:pPr>
        <w:spacing w:after="60"/>
      </w:pPr>
      <w:proofErr w:type="spellStart"/>
      <w:r>
        <w:rPr>
          <w:b/>
        </w:rPr>
        <w:t>Źródło</w:t>
      </w:r>
      <w:proofErr w:type="spellEnd"/>
      <w:r>
        <w:rPr>
          <w:b/>
        </w:rPr>
        <w:t xml:space="preserve">: </w:t>
      </w:r>
      <w:r>
        <w:rPr>
          <w:color w:val="0050B4"/>
          <w:u w:val="single"/>
        </w:rPr>
        <w:t>https://pl.wikipedia.org/wiki/Wojna_trzydziestoletnia#/media/Plik:Straty_ludnosciowe_po_wojnie_30letniej.PNG</w:t>
      </w:r>
    </w:p>
    <w:p w14:paraId="6A67672F" w14:textId="77777777" w:rsidR="00BC472D" w:rsidRDefault="00BC472D" w:rsidP="00BC472D">
      <w:pPr>
        <w:spacing w:before="20" w:after="60"/>
      </w:pPr>
      <w:proofErr w:type="spellStart"/>
      <w:r>
        <w:rPr>
          <w:b/>
          <w:sz w:val="19"/>
        </w:rPr>
        <w:t>Skutki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gospodarcze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dla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Pomorza</w:t>
      </w:r>
      <w:proofErr w:type="spellEnd"/>
      <w:r>
        <w:rPr>
          <w:b/>
          <w:sz w:val="19"/>
        </w:rPr>
        <w:t>:</w:t>
      </w:r>
    </w:p>
    <w:p w14:paraId="1F69EA26" w14:textId="77777777" w:rsidR="00270E66" w:rsidRDefault="00270E66" w:rsidP="00270E66">
      <w:pPr>
        <w:spacing w:after="20"/>
        <w:rPr>
          <w:sz w:val="24"/>
          <w:szCs w:val="24"/>
        </w:rPr>
      </w:pPr>
      <w:r w:rsidRPr="00A16A4B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3F0B6EA3" w14:textId="176F63E2" w:rsidR="00894D6D" w:rsidRPr="00270E66" w:rsidRDefault="00270E66" w:rsidP="00270E66">
      <w:pPr>
        <w:spacing w:after="20"/>
        <w:rPr>
          <w:sz w:val="24"/>
          <w:szCs w:val="24"/>
        </w:rPr>
      </w:pPr>
      <w:r w:rsidRPr="00A16A4B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sectPr w:rsidR="00894D6D" w:rsidRPr="00270E66" w:rsidSect="00034616">
      <w:pgSz w:w="11906" w:h="16838"/>
      <w:pgMar w:top="397" w:right="340" w:bottom="397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0063135">
    <w:abstractNumId w:val="8"/>
  </w:num>
  <w:num w:numId="2" w16cid:durableId="902255297">
    <w:abstractNumId w:val="6"/>
  </w:num>
  <w:num w:numId="3" w16cid:durableId="2026636164">
    <w:abstractNumId w:val="5"/>
  </w:num>
  <w:num w:numId="4" w16cid:durableId="1831287665">
    <w:abstractNumId w:val="4"/>
  </w:num>
  <w:num w:numId="5" w16cid:durableId="2049329238">
    <w:abstractNumId w:val="7"/>
  </w:num>
  <w:num w:numId="6" w16cid:durableId="920137794">
    <w:abstractNumId w:val="3"/>
  </w:num>
  <w:num w:numId="7" w16cid:durableId="273756160">
    <w:abstractNumId w:val="2"/>
  </w:num>
  <w:num w:numId="8" w16cid:durableId="1857688580">
    <w:abstractNumId w:val="1"/>
  </w:num>
  <w:num w:numId="9" w16cid:durableId="134821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E66"/>
    <w:rsid w:val="0029639D"/>
    <w:rsid w:val="00326F90"/>
    <w:rsid w:val="00894D6D"/>
    <w:rsid w:val="00A16A4B"/>
    <w:rsid w:val="00AA1D8D"/>
    <w:rsid w:val="00B46490"/>
    <w:rsid w:val="00B47730"/>
    <w:rsid w:val="00BC472D"/>
    <w:rsid w:val="00CB0664"/>
    <w:rsid w:val="00D66E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3DA40"/>
  <w14:defaultImageDpi w14:val="300"/>
  <w15:docId w15:val="{23789493-2A26-4EF1-B8F4-3FF24920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993</Words>
  <Characters>5962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Adam Makowski</cp:lastModifiedBy>
  <cp:revision>2</cp:revision>
  <dcterms:created xsi:type="dcterms:W3CDTF">2026-09-22T11:40:00Z</dcterms:created>
  <dcterms:modified xsi:type="dcterms:W3CDTF">2026-09-22T11:40:00Z</dcterms:modified>
  <cp:category/>
</cp:coreProperties>
</file>