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3370" w14:textId="77777777" w:rsidR="00AF7F31" w:rsidRDefault="00000000">
      <w:pPr>
        <w:spacing w:after="40"/>
        <w:jc w:val="center"/>
      </w:pPr>
      <w:r>
        <w:rPr>
          <w:b/>
          <w:color w:val="0B3470"/>
          <w:sz w:val="28"/>
        </w:rPr>
        <w:t>KARTA PRACY</w:t>
      </w:r>
    </w:p>
    <w:p w14:paraId="18064B66" w14:textId="77777777" w:rsidR="00AF7F31" w:rsidRDefault="00000000">
      <w:pPr>
        <w:spacing w:after="40"/>
        <w:jc w:val="center"/>
      </w:pPr>
      <w:r>
        <w:rPr>
          <w:b/>
          <w:color w:val="FFFFFF"/>
          <w:sz w:val="44"/>
          <w:shd w:val="clear" w:color="auto" w:fill="0B3470"/>
        </w:rPr>
        <w:t xml:space="preserve"> DWIE WIZYTY - DWA ŚWIATY </w:t>
      </w:r>
    </w:p>
    <w:p w14:paraId="44873756" w14:textId="5A77CD75" w:rsidR="00AF7F31" w:rsidRDefault="004E37C3">
      <w:pPr>
        <w:spacing w:after="140"/>
        <w:jc w:val="center"/>
      </w:pPr>
      <w:r>
        <w:rPr>
          <w:b/>
          <w:color w:val="0B3470"/>
        </w:rPr>
        <w:t xml:space="preserve">Do tekstów: </w:t>
      </w:r>
      <w:r w:rsidR="00000000">
        <w:rPr>
          <w:b/>
          <w:color w:val="0B3470"/>
        </w:rPr>
        <w:t>Nikita Chruszczow w Szczecinie i Michaił Gorbaczow w Szczecinie</w:t>
      </w:r>
      <w:r>
        <w:rPr>
          <w:b/>
          <w:color w:val="0B3470"/>
        </w:rPr>
        <w:t xml:space="preserve"> 13 lipca 1988 roku</w:t>
      </w:r>
    </w:p>
    <w:p w14:paraId="1262A953" w14:textId="77777777" w:rsidR="00AF7F31" w:rsidRDefault="00000000">
      <w:pPr>
        <w:spacing w:after="80"/>
        <w:jc w:val="center"/>
      </w:pPr>
      <w:r>
        <w:rPr>
          <w:b/>
          <w:color w:val="0B3470"/>
          <w:sz w:val="24"/>
        </w:rPr>
        <w:t>OŚ CZASU - WYBRANE WYDARZENIA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  <w:gridCol w:w="1871"/>
      </w:tblGrid>
      <w:tr w:rsidR="00AF7F31" w14:paraId="53D4840F" w14:textId="77777777">
        <w:trPr>
          <w:jc w:val="center"/>
        </w:trPr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6E0688C7" w14:textId="77777777" w:rsidR="00AF7F31" w:rsidRDefault="00000000">
            <w:pPr>
              <w:jc w:val="center"/>
            </w:pPr>
            <w:r>
              <w:rPr>
                <w:b/>
                <w:color w:val="0B3470"/>
                <w:sz w:val="26"/>
              </w:rPr>
              <w:t>●</w:t>
            </w:r>
            <w:r>
              <w:rPr>
                <w:b/>
                <w:color w:val="0B3470"/>
                <w:sz w:val="26"/>
              </w:rPr>
              <w:br/>
              <w:t>1945</w:t>
            </w:r>
            <w:r>
              <w:rPr>
                <w:color w:val="000000"/>
                <w:sz w:val="15"/>
              </w:rPr>
              <w:br/>
              <w:t>Konferencja</w:t>
            </w:r>
            <w:r>
              <w:rPr>
                <w:color w:val="000000"/>
                <w:sz w:val="15"/>
              </w:rPr>
              <w:br/>
              <w:t>w Poczdamie</w:t>
            </w:r>
          </w:p>
        </w:tc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BBA19E8" w14:textId="77777777" w:rsidR="00AF7F31" w:rsidRDefault="00000000">
            <w:pPr>
              <w:jc w:val="center"/>
            </w:pPr>
            <w:r>
              <w:rPr>
                <w:b/>
                <w:color w:val="4C7625"/>
                <w:sz w:val="26"/>
              </w:rPr>
              <w:t>●</w:t>
            </w:r>
            <w:r>
              <w:rPr>
                <w:b/>
                <w:color w:val="4C7625"/>
                <w:sz w:val="26"/>
              </w:rPr>
              <w:br/>
              <w:t>1950</w:t>
            </w:r>
            <w:r>
              <w:rPr>
                <w:color w:val="000000"/>
                <w:sz w:val="15"/>
              </w:rPr>
              <w:br/>
              <w:t>Układ RP-NRD</w:t>
            </w:r>
            <w:r>
              <w:rPr>
                <w:color w:val="000000"/>
                <w:sz w:val="15"/>
              </w:rPr>
              <w:br/>
              <w:t>w Zgorzelcu</w:t>
            </w:r>
          </w:p>
        </w:tc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D808410" w14:textId="77777777" w:rsidR="00AF7F31" w:rsidRDefault="00000000">
            <w:pPr>
              <w:jc w:val="center"/>
            </w:pPr>
            <w:r>
              <w:rPr>
                <w:b/>
                <w:color w:val="17669A"/>
                <w:sz w:val="26"/>
              </w:rPr>
              <w:t>●</w:t>
            </w:r>
            <w:r>
              <w:rPr>
                <w:b/>
                <w:color w:val="17669A"/>
                <w:sz w:val="26"/>
              </w:rPr>
              <w:br/>
              <w:t>1959</w:t>
            </w:r>
            <w:r>
              <w:rPr>
                <w:color w:val="000000"/>
                <w:sz w:val="15"/>
              </w:rPr>
              <w:br/>
              <w:t>Wizyta</w:t>
            </w:r>
            <w:r>
              <w:rPr>
                <w:color w:val="000000"/>
                <w:sz w:val="15"/>
              </w:rPr>
              <w:br/>
              <w:t>N. Chruszczowa</w:t>
            </w:r>
            <w:r>
              <w:rPr>
                <w:color w:val="000000"/>
                <w:sz w:val="15"/>
              </w:rPr>
              <w:br/>
              <w:t>w Szczecinie</w:t>
            </w:r>
          </w:p>
        </w:tc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6574F26" w14:textId="77777777" w:rsidR="00AF7F31" w:rsidRDefault="00000000">
            <w:pPr>
              <w:jc w:val="center"/>
            </w:pPr>
            <w:r>
              <w:rPr>
                <w:b/>
                <w:color w:val="633095"/>
                <w:sz w:val="26"/>
              </w:rPr>
              <w:t>●</w:t>
            </w:r>
            <w:r>
              <w:rPr>
                <w:b/>
                <w:color w:val="633095"/>
                <w:sz w:val="26"/>
              </w:rPr>
              <w:br/>
              <w:t>1970</w:t>
            </w:r>
            <w:r>
              <w:rPr>
                <w:color w:val="000000"/>
                <w:sz w:val="15"/>
              </w:rPr>
              <w:br/>
              <w:t>Układ PRL-RFN</w:t>
            </w:r>
            <w:r>
              <w:rPr>
                <w:color w:val="000000"/>
                <w:sz w:val="15"/>
              </w:rPr>
              <w:br/>
              <w:t>w Warszawie</w:t>
            </w:r>
          </w:p>
        </w:tc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E845008" w14:textId="77777777" w:rsidR="00AF7F31" w:rsidRDefault="00000000">
            <w:pPr>
              <w:jc w:val="center"/>
            </w:pPr>
            <w:r>
              <w:rPr>
                <w:b/>
                <w:color w:val="B2151A"/>
                <w:sz w:val="26"/>
              </w:rPr>
              <w:t>●</w:t>
            </w:r>
            <w:r>
              <w:rPr>
                <w:b/>
                <w:color w:val="B2151A"/>
                <w:sz w:val="26"/>
              </w:rPr>
              <w:br/>
              <w:t>1988</w:t>
            </w:r>
            <w:r>
              <w:rPr>
                <w:color w:val="000000"/>
                <w:sz w:val="15"/>
              </w:rPr>
              <w:br/>
              <w:t>Wizyta</w:t>
            </w:r>
            <w:r>
              <w:rPr>
                <w:color w:val="000000"/>
                <w:sz w:val="15"/>
              </w:rPr>
              <w:br/>
              <w:t>M. Gorbaczowa</w:t>
            </w:r>
            <w:r>
              <w:rPr>
                <w:color w:val="000000"/>
                <w:sz w:val="15"/>
              </w:rPr>
              <w:br/>
              <w:t>w Szczecinie</w:t>
            </w:r>
          </w:p>
        </w:tc>
        <w:tc>
          <w:tcPr>
            <w:tcW w:w="1871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4FEF39C" w14:textId="77777777" w:rsidR="00AF7F31" w:rsidRDefault="00000000">
            <w:pPr>
              <w:jc w:val="center"/>
            </w:pPr>
            <w:r>
              <w:rPr>
                <w:b/>
                <w:color w:val="7B500D"/>
                <w:sz w:val="26"/>
              </w:rPr>
              <w:t>●</w:t>
            </w:r>
            <w:r>
              <w:rPr>
                <w:b/>
                <w:color w:val="7B500D"/>
                <w:sz w:val="26"/>
              </w:rPr>
              <w:br/>
              <w:t>1989</w:t>
            </w:r>
            <w:r>
              <w:rPr>
                <w:color w:val="000000"/>
                <w:sz w:val="15"/>
              </w:rPr>
              <w:br/>
              <w:t>Początek przemian</w:t>
            </w:r>
            <w:r>
              <w:rPr>
                <w:color w:val="000000"/>
                <w:sz w:val="15"/>
              </w:rPr>
              <w:br/>
              <w:t>ustrojowych w Polsce</w:t>
            </w:r>
            <w:r>
              <w:rPr>
                <w:color w:val="000000"/>
                <w:sz w:val="15"/>
              </w:rPr>
              <w:br/>
              <w:t>i upadek systemu</w:t>
            </w:r>
            <w:r>
              <w:rPr>
                <w:color w:val="000000"/>
                <w:sz w:val="15"/>
              </w:rPr>
              <w:br/>
              <w:t>komunistycznego</w:t>
            </w:r>
          </w:p>
        </w:tc>
      </w:tr>
    </w:tbl>
    <w:p w14:paraId="1ADB0BDE" w14:textId="77777777" w:rsidR="00AF7F31" w:rsidRDefault="00AF7F3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AF7F31" w14:paraId="2C2A5A32" w14:textId="77777777">
        <w:trPr>
          <w:jc w:val="center"/>
        </w:trPr>
        <w:tc>
          <w:tcPr>
            <w:tcW w:w="5613" w:type="dxa"/>
            <w:shd w:val="clear" w:color="auto" w:fill="0B347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630403" w14:textId="77777777" w:rsidR="00AF7F31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ZADANIE 1</w:t>
            </w:r>
          </w:p>
        </w:tc>
        <w:tc>
          <w:tcPr>
            <w:tcW w:w="5613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 w14:paraId="519DC20D" w14:textId="067D260F" w:rsidR="00AF7F31" w:rsidRPr="004E37C3" w:rsidRDefault="00000000">
            <w:pPr>
              <w:rPr>
                <w:sz w:val="21"/>
                <w:szCs w:val="21"/>
              </w:rPr>
            </w:pPr>
            <w:r w:rsidRPr="004E37C3">
              <w:rPr>
                <w:b/>
                <w:color w:val="000000"/>
                <w:sz w:val="21"/>
                <w:szCs w:val="21"/>
              </w:rPr>
              <w:t>Porównaj obie wizyty.</w:t>
            </w:r>
            <w:r w:rsidRPr="004E37C3">
              <w:rPr>
                <w:b/>
                <w:color w:val="000000"/>
                <w:sz w:val="21"/>
                <w:szCs w:val="21"/>
              </w:rPr>
              <w:br/>
              <w:t xml:space="preserve">Na podstawie tekstów </w:t>
            </w:r>
            <w:r w:rsidR="004E37C3" w:rsidRPr="004E37C3">
              <w:rPr>
                <w:b/>
                <w:color w:val="000000"/>
                <w:sz w:val="21"/>
                <w:szCs w:val="21"/>
              </w:rPr>
              <w:t>artykułów</w:t>
            </w:r>
            <w:r w:rsidRPr="004E37C3">
              <w:rPr>
                <w:b/>
                <w:color w:val="000000"/>
                <w:sz w:val="21"/>
                <w:szCs w:val="21"/>
              </w:rPr>
              <w:t xml:space="preserve"> </w:t>
            </w:r>
            <w:r w:rsidR="004E37C3" w:rsidRPr="004E37C3">
              <w:rPr>
                <w:rFonts w:cs="Times New Roman"/>
                <w:b/>
                <w:i/>
                <w:iCs/>
                <w:sz w:val="21"/>
                <w:szCs w:val="21"/>
              </w:rPr>
              <w:t>Nikita Chruszczow w Szczecinie</w:t>
            </w:r>
            <w:r w:rsidR="004E37C3" w:rsidRPr="004E37C3">
              <w:rPr>
                <w:rFonts w:cs="Times New Roman"/>
                <w:b/>
                <w:sz w:val="21"/>
                <w:szCs w:val="21"/>
              </w:rPr>
              <w:t xml:space="preserve"> </w:t>
            </w:r>
            <w:r w:rsidR="006E6652">
              <w:rPr>
                <w:rFonts w:cs="Times New Roman"/>
                <w:b/>
                <w:sz w:val="21"/>
                <w:szCs w:val="21"/>
              </w:rPr>
              <w:t>i</w:t>
            </w:r>
            <w:r w:rsidR="004E37C3" w:rsidRPr="004E37C3">
              <w:rPr>
                <w:rFonts w:cs="Times New Roman"/>
                <w:b/>
                <w:sz w:val="21"/>
                <w:szCs w:val="21"/>
              </w:rPr>
              <w:t xml:space="preserve"> </w:t>
            </w:r>
            <w:r w:rsidR="004E37C3" w:rsidRPr="004E37C3">
              <w:rPr>
                <w:rFonts w:cs="Times New Roman"/>
                <w:b/>
                <w:i/>
                <w:iCs/>
                <w:sz w:val="21"/>
                <w:szCs w:val="21"/>
              </w:rPr>
              <w:t>Michaił Gorbaczow w Szczecinie – 13 lipca 1988 roku</w:t>
            </w:r>
            <w:r w:rsidR="004E37C3" w:rsidRPr="004E37C3">
              <w:rPr>
                <w:b/>
                <w:color w:val="000000"/>
                <w:sz w:val="21"/>
                <w:szCs w:val="21"/>
              </w:rPr>
              <w:t xml:space="preserve"> </w:t>
            </w:r>
            <w:r w:rsidRPr="004E37C3">
              <w:rPr>
                <w:b/>
                <w:color w:val="000000"/>
                <w:sz w:val="21"/>
                <w:szCs w:val="21"/>
              </w:rPr>
              <w:t>oraz wiedzy z lekcji uzupełnij tabelę.</w:t>
            </w:r>
          </w:p>
        </w:tc>
      </w:tr>
    </w:tbl>
    <w:p w14:paraId="6FD2F219" w14:textId="77777777" w:rsidR="00AF7F31" w:rsidRDefault="00AF7F3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3969"/>
        <w:gridCol w:w="3969"/>
      </w:tblGrid>
      <w:tr w:rsidR="00AF7F31" w14:paraId="591FEBB2" w14:textId="77777777" w:rsidTr="006E6652">
        <w:trPr>
          <w:trHeight w:val="1021"/>
          <w:tblHeader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EF1F5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A9EA34B" w14:textId="77777777" w:rsidR="00AF7F31" w:rsidRDefault="00000000">
            <w:pPr>
              <w:jc w:val="center"/>
            </w:pPr>
            <w:r>
              <w:rPr>
                <w:b/>
                <w:color w:val="0B3470"/>
                <w:sz w:val="18"/>
              </w:rPr>
              <w:t>PYTANIA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EF1F5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2EB319E" w14:textId="77777777" w:rsidR="00AF7F31" w:rsidRDefault="00000000">
            <w:pPr>
              <w:jc w:val="center"/>
            </w:pPr>
            <w:r>
              <w:rPr>
                <w:b/>
                <w:color w:val="0B3470"/>
                <w:sz w:val="18"/>
              </w:rPr>
              <w:t>WIZYTA NIKITY CHRUSZCZOWA</w:t>
            </w:r>
            <w:r>
              <w:rPr>
                <w:b/>
                <w:color w:val="0B3470"/>
                <w:sz w:val="18"/>
              </w:rPr>
              <w:br/>
              <w:t>(1959)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EEF1F5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3DB24D0" w14:textId="77777777" w:rsidR="00AF7F31" w:rsidRDefault="00000000">
            <w:pPr>
              <w:jc w:val="center"/>
            </w:pPr>
            <w:r>
              <w:rPr>
                <w:b/>
                <w:color w:val="0B3470"/>
                <w:sz w:val="18"/>
              </w:rPr>
              <w:t>WIZYTA MICHAIŁA GORBACZOWA</w:t>
            </w:r>
            <w:r>
              <w:rPr>
                <w:b/>
                <w:color w:val="0B3470"/>
                <w:sz w:val="18"/>
              </w:rPr>
              <w:br/>
              <w:t>(1988)</w:t>
            </w:r>
          </w:p>
        </w:tc>
      </w:tr>
      <w:tr w:rsidR="004E37C3" w14:paraId="464C9170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8A1FBFB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W którym roku miała</w:t>
            </w:r>
            <w:r w:rsidRPr="004E37C3">
              <w:rPr>
                <w:b/>
                <w:color w:val="0B3470"/>
                <w:szCs w:val="20"/>
              </w:rPr>
              <w:br/>
              <w:t>miejsce wizyta?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549EA2" w14:textId="33876950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4E25135B" w14:textId="6DBF223E" w:rsidR="004E37C3" w:rsidRPr="004E37C3" w:rsidRDefault="004E37C3" w:rsidP="004E37C3">
            <w:pPr>
              <w:spacing w:line="360" w:lineRule="auto"/>
              <w:rPr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83327B1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4CF3F6B6" w14:textId="0D8698DB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1B6F89C4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274500E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Kim był gość przybyły</w:t>
            </w:r>
            <w:r w:rsidRPr="004E37C3">
              <w:rPr>
                <w:b/>
                <w:color w:val="0B3470"/>
                <w:szCs w:val="20"/>
              </w:rPr>
              <w:br/>
              <w:t>do Szczecina?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AA55B40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1E838E1C" w14:textId="64AA9E82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631222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7B80E8CA" w14:textId="70BB6868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0E8D7405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104EBC3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Kto z przedstawicieli</w:t>
            </w:r>
            <w:r w:rsidRPr="004E37C3">
              <w:rPr>
                <w:b/>
                <w:color w:val="0B3470"/>
                <w:szCs w:val="20"/>
              </w:rPr>
              <w:br/>
              <w:t>władz witał gościa?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819098B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18663531" w14:textId="638FE65F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8AB095D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1530DCA5" w14:textId="4492FAC5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56A52A9A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3A8A1A1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Jaki stosunek do gościa</w:t>
            </w:r>
            <w:r w:rsidRPr="004E37C3">
              <w:rPr>
                <w:b/>
                <w:color w:val="0B3470"/>
                <w:szCs w:val="20"/>
              </w:rPr>
              <w:br/>
              <w:t>zamanifestowali</w:t>
            </w:r>
            <w:r w:rsidRPr="004E37C3">
              <w:rPr>
                <w:b/>
                <w:color w:val="0B3470"/>
                <w:szCs w:val="20"/>
              </w:rPr>
              <w:br/>
              <w:t>mieszkańcy Szczecina?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FCEC67F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56CFCAAC" w14:textId="3AA1E75B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938B7A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7B6B18D9" w14:textId="345A7EFE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47AFEB1C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96033D5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Dlaczego Szczecin miał</w:t>
            </w:r>
            <w:r w:rsidRPr="004E37C3">
              <w:rPr>
                <w:b/>
                <w:color w:val="0B3470"/>
                <w:szCs w:val="20"/>
              </w:rPr>
              <w:br/>
              <w:t>szczególne znaczenie</w:t>
            </w:r>
            <w:r w:rsidRPr="004E37C3">
              <w:rPr>
                <w:b/>
                <w:color w:val="0B3470"/>
                <w:szCs w:val="20"/>
              </w:rPr>
              <w:br/>
              <w:t>w programie wizyty?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C657EC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1C72CCCA" w14:textId="7C27C4C9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22BCEB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26A29EB9" w14:textId="0AB68CF1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091151A0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42DB6B16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Jaki konflikt</w:t>
            </w:r>
            <w:r w:rsidRPr="004E37C3">
              <w:rPr>
                <w:b/>
                <w:color w:val="0B3470"/>
                <w:szCs w:val="20"/>
              </w:rPr>
              <w:br/>
              <w:t>międzynarodowy</w:t>
            </w:r>
            <w:r w:rsidRPr="004E37C3">
              <w:rPr>
                <w:b/>
                <w:color w:val="0B3470"/>
                <w:szCs w:val="20"/>
              </w:rPr>
              <w:br/>
              <w:t>stanowił tło wizyty?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A04D8F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26A0331F" w14:textId="73CC4AE7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054169F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2E0B7842" w14:textId="14F4CED2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5C958135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8750BD6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Na jakie deklaracje ze</w:t>
            </w:r>
            <w:r w:rsidRPr="004E37C3">
              <w:rPr>
                <w:b/>
                <w:color w:val="0B3470"/>
                <w:szCs w:val="20"/>
              </w:rPr>
              <w:br/>
              <w:t>strony gościa oczekiwali</w:t>
            </w:r>
            <w:r w:rsidRPr="004E37C3">
              <w:rPr>
                <w:b/>
                <w:color w:val="0B3470"/>
                <w:szCs w:val="20"/>
              </w:rPr>
              <w:br/>
              <w:t>Polacy?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E62487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5D20A567" w14:textId="24144EA6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BCC6366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7A63AA9F" w14:textId="1B0E24E9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  <w:tr w:rsidR="004E37C3" w14:paraId="6791588A" w14:textId="77777777" w:rsidTr="006E6652">
        <w:trPr>
          <w:trHeight w:val="1021"/>
          <w:jc w:val="center"/>
        </w:trPr>
        <w:tc>
          <w:tcPr>
            <w:tcW w:w="3061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E8ABA5F" w14:textId="77777777" w:rsidR="004E37C3" w:rsidRPr="004E37C3" w:rsidRDefault="004E37C3" w:rsidP="004E37C3">
            <w:pPr>
              <w:rPr>
                <w:szCs w:val="20"/>
              </w:rPr>
            </w:pPr>
            <w:r w:rsidRPr="004E37C3">
              <w:rPr>
                <w:b/>
                <w:color w:val="0B3470"/>
                <w:szCs w:val="20"/>
              </w:rPr>
              <w:t>Jakie było znaczenie</w:t>
            </w:r>
            <w:r w:rsidRPr="004E37C3">
              <w:rPr>
                <w:b/>
                <w:color w:val="0B3470"/>
                <w:szCs w:val="20"/>
              </w:rPr>
              <w:br/>
              <w:t>dyplomatyczne wizyty</w:t>
            </w:r>
            <w:r w:rsidRPr="004E37C3">
              <w:rPr>
                <w:b/>
                <w:color w:val="0B3470"/>
                <w:szCs w:val="20"/>
              </w:rPr>
              <w:br/>
              <w:t>gościa w Szczecinie?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118D916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7BD12D30" w14:textId="014CE81A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  <w:tc>
          <w:tcPr>
            <w:tcW w:w="3969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548059" w14:textId="77777777" w:rsidR="004E37C3" w:rsidRPr="004E37C3" w:rsidRDefault="004E37C3" w:rsidP="004E37C3">
            <w:pPr>
              <w:spacing w:line="360" w:lineRule="auto"/>
              <w:rPr>
                <w:color w:val="828282"/>
                <w:szCs w:val="20"/>
              </w:rPr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</w:p>
          <w:p w14:paraId="26034C42" w14:textId="36CC86A9" w:rsidR="004E37C3" w:rsidRDefault="004E37C3" w:rsidP="004E37C3">
            <w:pPr>
              <w:spacing w:after="20" w:line="240" w:lineRule="auto"/>
            </w:pPr>
            <w:r w:rsidRPr="004E37C3">
              <w:rPr>
                <w:color w:val="828282"/>
                <w:szCs w:val="20"/>
              </w:rPr>
              <w:t>...................................................................</w:t>
            </w:r>
            <w:r>
              <w:rPr>
                <w:color w:val="828282"/>
                <w:szCs w:val="20"/>
              </w:rPr>
              <w:t>..............................</w:t>
            </w:r>
            <w:r w:rsidRPr="004E37C3">
              <w:rPr>
                <w:color w:val="828282"/>
                <w:szCs w:val="20"/>
              </w:rPr>
              <w:t>.....................................</w:t>
            </w:r>
          </w:p>
        </w:tc>
      </w:tr>
    </w:tbl>
    <w:p w14:paraId="4DFE9ACC" w14:textId="77777777" w:rsidR="00AF7F31" w:rsidRDefault="00000000">
      <w:pPr>
        <w:spacing w:before="40"/>
        <w:jc w:val="right"/>
      </w:pPr>
      <w:r>
        <w:rPr>
          <w:color w:val="0B3470"/>
          <w:sz w:val="24"/>
        </w:rPr>
        <w:t>①</w:t>
      </w:r>
    </w:p>
    <w:p w14:paraId="3B8556D5" w14:textId="77777777" w:rsidR="00AF7F3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AF7F31" w14:paraId="4B252615" w14:textId="77777777">
        <w:trPr>
          <w:jc w:val="center"/>
        </w:trPr>
        <w:tc>
          <w:tcPr>
            <w:tcW w:w="5613" w:type="dxa"/>
            <w:shd w:val="clear" w:color="auto" w:fill="0B347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0F13D" w14:textId="77777777" w:rsidR="00AF7F31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ZADANIE 2</w:t>
            </w:r>
          </w:p>
        </w:tc>
        <w:tc>
          <w:tcPr>
            <w:tcW w:w="5613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 w14:paraId="73136C0D" w14:textId="785CB3EC" w:rsidR="00AF7F31" w:rsidRPr="006E6652" w:rsidRDefault="006E6652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t xml:space="preserve">Na podstawie tekstu artykułu </w:t>
            </w:r>
            <w:r w:rsidRPr="006E6652">
              <w:rPr>
                <w:rFonts w:cs="Arial"/>
                <w:b/>
                <w:bCs/>
                <w:i/>
                <w:iCs/>
                <w:sz w:val="21"/>
                <w:szCs w:val="21"/>
              </w:rPr>
              <w:t>Michaił Gorbaczow w Szczecinie – 13 lipca 1988 roku</w:t>
            </w:r>
            <w:r w:rsidRPr="006E6652">
              <w:rPr>
                <w:rFonts w:cs="Arial"/>
                <w:b/>
                <w:bCs/>
                <w:sz w:val="21"/>
                <w:szCs w:val="21"/>
              </w:rPr>
              <w:t xml:space="preserve"> oraz wiedzy z lekcji historii</w:t>
            </w:r>
            <w:r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1"/>
                <w:szCs w:val="21"/>
              </w:rPr>
              <w:t>w</w:t>
            </w:r>
            <w:r w:rsidR="00000000"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t>yjaśnij, jakie znaczenie dla sytuacji wewnętrznej w Polsce miały reformy</w:t>
            </w:r>
            <w:r w:rsidR="00000000"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br/>
              <w:t xml:space="preserve">wprowadzone w ZSRR przez M. Gorbaczowa: </w:t>
            </w:r>
            <w:r w:rsidR="00000000" w:rsidRPr="006E6652">
              <w:rPr>
                <w:rFonts w:cs="Arial"/>
                <w:b/>
                <w:bCs/>
                <w:i/>
                <w:iCs/>
                <w:color w:val="000000"/>
                <w:sz w:val="21"/>
                <w:szCs w:val="21"/>
              </w:rPr>
              <w:t>pierestrojka</w:t>
            </w:r>
            <w:r w:rsidR="00000000"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t xml:space="preserve"> i </w:t>
            </w:r>
            <w:r w:rsidR="00000000" w:rsidRPr="006E6652">
              <w:rPr>
                <w:rFonts w:cs="Arial"/>
                <w:b/>
                <w:bCs/>
                <w:i/>
                <w:iCs/>
                <w:color w:val="000000"/>
                <w:sz w:val="21"/>
                <w:szCs w:val="21"/>
              </w:rPr>
              <w:t>głasnost</w:t>
            </w:r>
            <w:r w:rsidR="00000000" w:rsidRPr="006E6652">
              <w:rPr>
                <w:rFonts w:cs="Arial"/>
                <w:b/>
                <w:bCs/>
                <w:color w:val="000000"/>
                <w:sz w:val="21"/>
                <w:szCs w:val="21"/>
              </w:rPr>
              <w:t>.</w:t>
            </w:r>
          </w:p>
        </w:tc>
      </w:tr>
    </w:tbl>
    <w:p w14:paraId="6B32DB1A" w14:textId="77777777" w:rsidR="00AF7F31" w:rsidRDefault="00AF7F3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43"/>
      </w:tblGrid>
      <w:tr w:rsidR="00AF7F31" w:rsidRPr="006E6652" w14:paraId="01FEE688" w14:textId="77777777" w:rsidTr="006E6652">
        <w:trPr>
          <w:trHeight w:val="5557"/>
          <w:jc w:val="center"/>
        </w:trPr>
        <w:tc>
          <w:tcPr>
            <w:tcW w:w="11226" w:type="dxa"/>
            <w:tcBorders>
              <w:top w:val="single" w:sz="7" w:space="0" w:color="9A9A9A"/>
              <w:left w:val="single" w:sz="7" w:space="0" w:color="9A9A9A"/>
              <w:bottom w:val="single" w:sz="7" w:space="0" w:color="9A9A9A"/>
              <w:right w:val="single" w:sz="7" w:space="0" w:color="9A9A9A"/>
            </w:tcBorders>
            <w:tcMar>
              <w:top w:w="180" w:type="dxa"/>
              <w:left w:w="170" w:type="dxa"/>
              <w:bottom w:w="170" w:type="dxa"/>
              <w:right w:w="170" w:type="dxa"/>
            </w:tcMar>
          </w:tcPr>
          <w:p w14:paraId="190C6EBB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0D00C032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0DA03D8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6D272D2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028BDE26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4AD61505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11F14A05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0B16D31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61B6E6A9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40BBD6F5" w14:textId="77777777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01324E9F" w14:textId="77C6176C" w:rsidR="00AF7F31" w:rsidRPr="006E6652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  <w:r w:rsidR="006E6652" w:rsidRPr="006E6652">
              <w:rPr>
                <w:color w:val="828282"/>
                <w:sz w:val="24"/>
                <w:szCs w:val="24"/>
              </w:rPr>
              <w:t xml:space="preserve"> </w:t>
            </w:r>
            <w:r w:rsidR="006E6652"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</w:tbl>
    <w:p w14:paraId="2ADEAECC" w14:textId="77777777" w:rsidR="00AF7F31" w:rsidRDefault="00AF7F31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AF7F31" w14:paraId="1C38D037" w14:textId="77777777">
        <w:trPr>
          <w:jc w:val="center"/>
        </w:trPr>
        <w:tc>
          <w:tcPr>
            <w:tcW w:w="5613" w:type="dxa"/>
            <w:shd w:val="clear" w:color="auto" w:fill="0B347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E4A0B6" w14:textId="77777777" w:rsidR="00AF7F31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ZADANIE 3</w:t>
            </w:r>
          </w:p>
        </w:tc>
        <w:tc>
          <w:tcPr>
            <w:tcW w:w="5613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 w14:paraId="4CF63414" w14:textId="77777777" w:rsidR="00AF7F31" w:rsidRDefault="00000000">
            <w:r>
              <w:rPr>
                <w:b/>
                <w:color w:val="000000"/>
                <w:sz w:val="21"/>
              </w:rPr>
              <w:t>Na podstawie wiedzy z lekcji historii wyjaśnij,</w:t>
            </w:r>
            <w:r>
              <w:rPr>
                <w:b/>
                <w:color w:val="000000"/>
                <w:sz w:val="21"/>
              </w:rPr>
              <w:br/>
              <w:t>czyich wystąpień obawiały się władze w trakcie wizyty w Szczecinie M. Gorbaczowa i dlaczego?</w:t>
            </w:r>
          </w:p>
        </w:tc>
      </w:tr>
    </w:tbl>
    <w:p w14:paraId="4A988581" w14:textId="77777777" w:rsidR="00AF7F31" w:rsidRDefault="00AF7F3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43"/>
      </w:tblGrid>
      <w:tr w:rsidR="00AF7F31" w14:paraId="49208F78" w14:textId="77777777" w:rsidTr="006E6652">
        <w:trPr>
          <w:trHeight w:val="5557"/>
          <w:jc w:val="center"/>
        </w:trPr>
        <w:tc>
          <w:tcPr>
            <w:tcW w:w="11226" w:type="dxa"/>
            <w:tcBorders>
              <w:top w:val="single" w:sz="7" w:space="0" w:color="9A9A9A"/>
              <w:left w:val="single" w:sz="7" w:space="0" w:color="9A9A9A"/>
              <w:bottom w:val="single" w:sz="7" w:space="0" w:color="9A9A9A"/>
              <w:right w:val="single" w:sz="7" w:space="0" w:color="9A9A9A"/>
            </w:tcBorders>
            <w:tcMar>
              <w:top w:w="180" w:type="dxa"/>
              <w:left w:w="170" w:type="dxa"/>
              <w:bottom w:w="170" w:type="dxa"/>
              <w:right w:w="170" w:type="dxa"/>
            </w:tcMar>
          </w:tcPr>
          <w:p w14:paraId="0EC0EA46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19E832AF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BED2056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52FE8F5B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0ACE89AD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30846FBD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63BF80D9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44BEE0D8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69C49A67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36645CC0" w14:textId="77777777" w:rsidR="006E6652" w:rsidRPr="006E6652" w:rsidRDefault="006E6652" w:rsidP="006E6652">
            <w:pPr>
              <w:spacing w:after="20" w:line="240" w:lineRule="auto"/>
              <w:rPr>
                <w:sz w:val="24"/>
                <w:szCs w:val="24"/>
              </w:rPr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D5F3927" w14:textId="43470AD7" w:rsidR="00AF7F31" w:rsidRDefault="006E6652" w:rsidP="006E6652">
            <w:pPr>
              <w:spacing w:after="20" w:line="240" w:lineRule="auto"/>
            </w:pPr>
            <w:r w:rsidRPr="006E6652">
              <w:rPr>
                <w:color w:val="828282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      </w:r>
          </w:p>
        </w:tc>
      </w:tr>
    </w:tbl>
    <w:p w14:paraId="012CC3A4" w14:textId="77777777" w:rsidR="00AF7F31" w:rsidRDefault="00000000">
      <w:pPr>
        <w:spacing w:before="40"/>
        <w:jc w:val="right"/>
      </w:pPr>
      <w:r>
        <w:rPr>
          <w:color w:val="0B3470"/>
          <w:sz w:val="24"/>
        </w:rPr>
        <w:t>②</w:t>
      </w:r>
    </w:p>
    <w:sectPr w:rsidR="00AF7F31" w:rsidSect="00034616">
      <w:pgSz w:w="11906" w:h="16838"/>
      <w:pgMar w:top="397" w:right="340" w:bottom="454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353134">
    <w:abstractNumId w:val="8"/>
  </w:num>
  <w:num w:numId="2" w16cid:durableId="364184341">
    <w:abstractNumId w:val="6"/>
  </w:num>
  <w:num w:numId="3" w16cid:durableId="1678000990">
    <w:abstractNumId w:val="5"/>
  </w:num>
  <w:num w:numId="4" w16cid:durableId="801731268">
    <w:abstractNumId w:val="4"/>
  </w:num>
  <w:num w:numId="5" w16cid:durableId="334069459">
    <w:abstractNumId w:val="7"/>
  </w:num>
  <w:num w:numId="6" w16cid:durableId="2023237034">
    <w:abstractNumId w:val="3"/>
  </w:num>
  <w:num w:numId="7" w16cid:durableId="1463578673">
    <w:abstractNumId w:val="2"/>
  </w:num>
  <w:num w:numId="8" w16cid:durableId="228729963">
    <w:abstractNumId w:val="1"/>
  </w:num>
  <w:num w:numId="9" w16cid:durableId="145663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37C3"/>
    <w:rsid w:val="006E6652"/>
    <w:rsid w:val="00AA1D8D"/>
    <w:rsid w:val="00AF7F31"/>
    <w:rsid w:val="00B47730"/>
    <w:rsid w:val="00CB0664"/>
    <w:rsid w:val="00E41A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EFED23"/>
  <w14:defaultImageDpi w14:val="300"/>
  <w15:docId w15:val="{1B6B15C1-0CF0-4178-8B85-65359083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1583</Words>
  <Characters>9503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Dwie wizyty - dwa światy</vt:lpstr>
      <vt:lpstr/>
    </vt:vector>
  </TitlesOfParts>
  <Manager/>
  <Company/>
  <LinksUpToDate>false</LinksUpToDate>
  <CharactersWithSpaces>11064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Dwie wizyty - dwa światy</dc:title>
  <dc:subject>Edytowalna karta pracy</dc:subject>
  <cp:keywords/>
  <cp:lastModifiedBy>Adam Makowski</cp:lastModifiedBy>
  <cp:revision>2</cp:revision>
  <dcterms:created xsi:type="dcterms:W3CDTF">2013-12-23T23:15:00Z</dcterms:created>
  <dcterms:modified xsi:type="dcterms:W3CDTF">2026-09-22T10:21:00Z</dcterms:modified>
  <cp:category/>
</cp:coreProperties>
</file>