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8CC57" w14:textId="77777777" w:rsidR="007A26F8" w:rsidRDefault="00000000">
      <w:pPr>
        <w:spacing w:after="0"/>
        <w:jc w:val="center"/>
      </w:pPr>
      <w:r>
        <w:rPr>
          <w:b/>
          <w:color w:val="12345B"/>
          <w:sz w:val="22"/>
        </w:rPr>
        <w:t>K A R T A   P R A C Y</w:t>
      </w:r>
    </w:p>
    <w:p w14:paraId="2BC423A3" w14:textId="77777777" w:rsidR="007A26F8" w:rsidRDefault="00000000">
      <w:pPr>
        <w:spacing w:after="0"/>
        <w:jc w:val="center"/>
        <w:rPr>
          <w:b/>
          <w:color w:val="12345B"/>
          <w:sz w:val="54"/>
        </w:rPr>
      </w:pPr>
      <w:proofErr w:type="spellStart"/>
      <w:r>
        <w:rPr>
          <w:b/>
          <w:color w:val="12345B"/>
          <w:sz w:val="54"/>
        </w:rPr>
        <w:t>Wypoczynek</w:t>
      </w:r>
      <w:proofErr w:type="spellEnd"/>
      <w:r>
        <w:rPr>
          <w:b/>
          <w:color w:val="12345B"/>
          <w:sz w:val="54"/>
        </w:rPr>
        <w:t xml:space="preserve"> </w:t>
      </w:r>
      <w:proofErr w:type="spellStart"/>
      <w:r>
        <w:rPr>
          <w:b/>
          <w:color w:val="12345B"/>
          <w:sz w:val="54"/>
        </w:rPr>
        <w:t>nad</w:t>
      </w:r>
      <w:proofErr w:type="spellEnd"/>
      <w:r>
        <w:rPr>
          <w:b/>
          <w:color w:val="12345B"/>
          <w:sz w:val="54"/>
        </w:rPr>
        <w:t xml:space="preserve"> </w:t>
      </w:r>
      <w:proofErr w:type="spellStart"/>
      <w:r>
        <w:rPr>
          <w:b/>
          <w:color w:val="12345B"/>
          <w:sz w:val="54"/>
        </w:rPr>
        <w:t>morzem</w:t>
      </w:r>
      <w:proofErr w:type="spellEnd"/>
    </w:p>
    <w:p w14:paraId="3AAE019E" w14:textId="77777777" w:rsidR="004E739A" w:rsidRDefault="004E739A">
      <w:pPr>
        <w:spacing w:after="0"/>
        <w:jc w:val="center"/>
        <w:rPr>
          <w:b/>
          <w:color w:val="12345B"/>
          <w:sz w:val="54"/>
        </w:rPr>
      </w:pPr>
    </w:p>
    <w:p w14:paraId="2C114636" w14:textId="77777777" w:rsidR="004E739A" w:rsidRDefault="004E739A">
      <w:pPr>
        <w:spacing w:after="0"/>
        <w:jc w:val="center"/>
      </w:pPr>
    </w:p>
    <w:p w14:paraId="1E97EBA0" w14:textId="77777777" w:rsidR="007A26F8" w:rsidRDefault="00000000">
      <w:pPr>
        <w:spacing w:after="0"/>
      </w:pPr>
      <w:r>
        <w:rPr>
          <w:i/>
          <w:color w:val="12345B"/>
          <w:sz w:val="17"/>
        </w:rPr>
        <w:t>Uzdrowisko Sellin na Rugii.</w:t>
      </w:r>
      <w:r>
        <w:rPr>
          <w:i/>
          <w:color w:val="12345B"/>
          <w:sz w:val="17"/>
        </w:rPr>
        <w:br/>
        <w:t>Karta pocztowa z przełomu XIX i XX wieku.</w:t>
      </w:r>
    </w:p>
    <w:p w14:paraId="45371092" w14:textId="46FBDFB5" w:rsidR="007A26F8" w:rsidRDefault="00D336A4">
      <w:pPr>
        <w:spacing w:after="20"/>
        <w:jc w:val="center"/>
      </w:pPr>
      <w:r>
        <w:rPr>
          <w:noProof/>
        </w:rPr>
        <w:drawing>
          <wp:inline distT="0" distB="0" distL="0" distR="0" wp14:anchorId="47C20642" wp14:editId="3CBFF240">
            <wp:extent cx="6864350" cy="2952807"/>
            <wp:effectExtent l="0" t="0" r="0" b="0"/>
            <wp:docPr id="2921297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297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74646" cy="295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39AC3" w14:textId="0B52903C" w:rsidR="007A26F8" w:rsidRDefault="007A26F8">
      <w:pPr>
        <w:spacing w:after="0"/>
        <w:rPr>
          <w:color w:val="12345B"/>
          <w:sz w:val="14"/>
        </w:rPr>
      </w:pPr>
    </w:p>
    <w:p w14:paraId="21A11E79" w14:textId="77777777" w:rsidR="004E739A" w:rsidRDefault="004E739A">
      <w:pPr>
        <w:spacing w:after="0"/>
        <w:rPr>
          <w:color w:val="12345B"/>
          <w:sz w:val="14"/>
        </w:rPr>
      </w:pPr>
    </w:p>
    <w:p w14:paraId="45F15EDC" w14:textId="77777777" w:rsidR="004E739A" w:rsidRDefault="004E739A">
      <w:pPr>
        <w:spacing w:after="0"/>
        <w:rPr>
          <w:color w:val="12345B"/>
          <w:sz w:val="14"/>
        </w:rPr>
      </w:pPr>
    </w:p>
    <w:p w14:paraId="7161D79C" w14:textId="77777777" w:rsidR="00D336A4" w:rsidRDefault="00D336A4">
      <w:pPr>
        <w:spacing w:after="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394"/>
        <w:gridCol w:w="8378"/>
      </w:tblGrid>
      <w:tr w:rsidR="00D336A4" w14:paraId="198CB0A4" w14:textId="77777777" w:rsidTr="00D336A4">
        <w:trPr>
          <w:jc w:val="center"/>
        </w:trPr>
        <w:tc>
          <w:tcPr>
            <w:tcW w:w="2268" w:type="dxa"/>
            <w:shd w:val="clear" w:color="auto" w:fill="12345B"/>
            <w:vAlign w:val="center"/>
          </w:tcPr>
          <w:p w14:paraId="3986855B" w14:textId="77777777" w:rsidR="00D336A4" w:rsidRPr="00D336A4" w:rsidRDefault="00D336A4" w:rsidP="00D336A4">
            <w:pPr>
              <w:spacing w:after="0"/>
              <w:jc w:val="center"/>
              <w:rPr>
                <w:sz w:val="28"/>
                <w:szCs w:val="28"/>
              </w:rPr>
            </w:pPr>
            <w:r w:rsidRPr="00D336A4">
              <w:rPr>
                <w:b/>
                <w:color w:val="FFFFFF"/>
                <w:sz w:val="28"/>
                <w:szCs w:val="28"/>
              </w:rPr>
              <w:t>ZADANIE 1.</w:t>
            </w:r>
          </w:p>
        </w:tc>
        <w:tc>
          <w:tcPr>
            <w:tcW w:w="7938" w:type="dxa"/>
            <w:vAlign w:val="center"/>
          </w:tcPr>
          <w:p w14:paraId="78B6D816" w14:textId="73CAADEA" w:rsidR="00D336A4" w:rsidRPr="00D336A4" w:rsidRDefault="00D336A4" w:rsidP="00D336A4">
            <w:pPr>
              <w:spacing w:after="0"/>
              <w:rPr>
                <w:sz w:val="24"/>
                <w:szCs w:val="24"/>
              </w:rPr>
            </w:pPr>
            <w:r w:rsidRPr="00D336A4">
              <w:rPr>
                <w:b/>
                <w:sz w:val="24"/>
                <w:szCs w:val="24"/>
              </w:rPr>
              <w:t xml:space="preserve">Wyszukaj w Internecie </w:t>
            </w:r>
            <w:proofErr w:type="spellStart"/>
            <w:r w:rsidRPr="00D336A4">
              <w:rPr>
                <w:b/>
                <w:sz w:val="24"/>
                <w:szCs w:val="24"/>
              </w:rPr>
              <w:t>współczesne</w:t>
            </w:r>
            <w:proofErr w:type="spellEnd"/>
            <w:r w:rsidRPr="00D336A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sz w:val="24"/>
                <w:szCs w:val="24"/>
              </w:rPr>
              <w:t>fotografie</w:t>
            </w:r>
            <w:proofErr w:type="spellEnd"/>
            <w:r w:rsidRPr="00D336A4">
              <w:rPr>
                <w:b/>
                <w:sz w:val="24"/>
                <w:szCs w:val="24"/>
              </w:rPr>
              <w:t xml:space="preserve"> z </w:t>
            </w:r>
            <w:proofErr w:type="spellStart"/>
            <w:r w:rsidRPr="00D336A4">
              <w:rPr>
                <w:b/>
                <w:sz w:val="24"/>
                <w:szCs w:val="24"/>
              </w:rPr>
              <w:t>nadmorskich</w:t>
            </w:r>
            <w:proofErr w:type="spellEnd"/>
            <w:r w:rsidRPr="00D336A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sz w:val="24"/>
                <w:szCs w:val="24"/>
              </w:rPr>
              <w:t>plaż</w:t>
            </w:r>
            <w:proofErr w:type="spellEnd"/>
            <w:r w:rsidRPr="00D336A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</w:t>
            </w:r>
            <w:proofErr w:type="spellStart"/>
            <w:r w:rsidRPr="00D336A4">
              <w:rPr>
                <w:b/>
                <w:sz w:val="24"/>
                <w:szCs w:val="24"/>
              </w:rPr>
              <w:t>i</w:t>
            </w:r>
            <w:proofErr w:type="spellEnd"/>
            <w:r w:rsidRPr="00D336A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sz w:val="24"/>
                <w:szCs w:val="24"/>
              </w:rPr>
              <w:t>porównaj</w:t>
            </w:r>
            <w:proofErr w:type="spellEnd"/>
            <w:r w:rsidRPr="00D336A4">
              <w:rPr>
                <w:b/>
                <w:sz w:val="24"/>
                <w:szCs w:val="24"/>
              </w:rPr>
              <w:t xml:space="preserve"> je z </w:t>
            </w:r>
            <w:proofErr w:type="spellStart"/>
            <w:r w:rsidRPr="00D336A4">
              <w:rPr>
                <w:b/>
                <w:sz w:val="24"/>
                <w:szCs w:val="24"/>
              </w:rPr>
              <w:t>fotografią</w:t>
            </w:r>
            <w:proofErr w:type="spellEnd"/>
            <w:r w:rsidRPr="00D336A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sz w:val="24"/>
                <w:szCs w:val="24"/>
              </w:rPr>
              <w:t>powyżej</w:t>
            </w:r>
            <w:proofErr w:type="spellEnd"/>
            <w:r w:rsidRPr="00D336A4">
              <w:rPr>
                <w:b/>
                <w:sz w:val="24"/>
                <w:szCs w:val="24"/>
              </w:rPr>
              <w:t>. Następnie uzupełnij tabelę.</w:t>
            </w:r>
          </w:p>
        </w:tc>
      </w:tr>
    </w:tbl>
    <w:p w14:paraId="059CEFDF" w14:textId="77777777" w:rsidR="00D336A4" w:rsidRDefault="00D336A4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930"/>
        <w:gridCol w:w="3902"/>
        <w:gridCol w:w="3924"/>
      </w:tblGrid>
      <w:tr w:rsidR="00D336A4" w14:paraId="57C9C846" w14:textId="77777777" w:rsidTr="00DE559F">
        <w:trPr>
          <w:jc w:val="center"/>
        </w:trPr>
        <w:tc>
          <w:tcPr>
            <w:tcW w:w="1362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center"/>
          </w:tcPr>
          <w:p w14:paraId="05C0B434" w14:textId="77777777" w:rsidR="00D336A4" w:rsidRPr="00D336A4" w:rsidRDefault="00D336A4" w:rsidP="00DE559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14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shd w:val="clear" w:color="auto" w:fill="12345B"/>
            <w:vAlign w:val="center"/>
          </w:tcPr>
          <w:p w14:paraId="4CCDE404" w14:textId="77777777" w:rsidR="00D336A4" w:rsidRPr="00D336A4" w:rsidRDefault="00D336A4" w:rsidP="00DE559F">
            <w:pPr>
              <w:spacing w:after="0"/>
              <w:jc w:val="center"/>
              <w:rPr>
                <w:sz w:val="24"/>
                <w:szCs w:val="24"/>
              </w:rPr>
            </w:pPr>
            <w:r w:rsidRPr="00D336A4">
              <w:rPr>
                <w:b/>
                <w:color w:val="FFFFFF"/>
                <w:sz w:val="24"/>
                <w:szCs w:val="24"/>
              </w:rPr>
              <w:t>Na przełomie XIX i XX w.</w:t>
            </w:r>
          </w:p>
        </w:tc>
        <w:tc>
          <w:tcPr>
            <w:tcW w:w="1824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shd w:val="clear" w:color="auto" w:fill="12345B"/>
            <w:vAlign w:val="center"/>
          </w:tcPr>
          <w:p w14:paraId="11B13EFA" w14:textId="77777777" w:rsidR="00D336A4" w:rsidRPr="00D336A4" w:rsidRDefault="00D336A4" w:rsidP="00DE559F">
            <w:pPr>
              <w:spacing w:after="0"/>
              <w:jc w:val="center"/>
              <w:rPr>
                <w:sz w:val="24"/>
                <w:szCs w:val="24"/>
              </w:rPr>
            </w:pPr>
            <w:r w:rsidRPr="00D336A4">
              <w:rPr>
                <w:b/>
                <w:color w:val="FFFFFF"/>
                <w:sz w:val="24"/>
                <w:szCs w:val="24"/>
              </w:rPr>
              <w:t>Na początku XXI w.</w:t>
            </w:r>
          </w:p>
        </w:tc>
      </w:tr>
      <w:tr w:rsidR="0065678D" w14:paraId="0A7BE6B3" w14:textId="77777777" w:rsidTr="0065678D">
        <w:trPr>
          <w:trHeight w:val="2155"/>
          <w:jc w:val="center"/>
        </w:trPr>
        <w:tc>
          <w:tcPr>
            <w:tcW w:w="1362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center"/>
          </w:tcPr>
          <w:p w14:paraId="7314FBE5" w14:textId="77777777" w:rsidR="0065678D" w:rsidRPr="00D336A4" w:rsidRDefault="0065678D" w:rsidP="0065678D">
            <w:pPr>
              <w:spacing w:after="0"/>
              <w:rPr>
                <w:sz w:val="24"/>
                <w:szCs w:val="24"/>
              </w:rPr>
            </w:pP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Popularne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formy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aktywności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podczas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pobytu nad morzem</w:t>
            </w:r>
          </w:p>
        </w:tc>
        <w:tc>
          <w:tcPr>
            <w:tcW w:w="1814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bottom"/>
          </w:tcPr>
          <w:p w14:paraId="07107190" w14:textId="3D7EF50A" w:rsidR="0065678D" w:rsidRPr="00D336A4" w:rsidRDefault="0065678D" w:rsidP="0065678D">
            <w:pPr>
              <w:spacing w:after="0"/>
              <w:rPr>
                <w:sz w:val="24"/>
                <w:szCs w:val="24"/>
              </w:rPr>
            </w:pPr>
            <w:r w:rsidRPr="00D336A4">
              <w:rPr>
                <w:sz w:val="24"/>
                <w:szCs w:val="24"/>
              </w:rPr>
              <w:t>..............................................................................................................</w:t>
            </w:r>
            <w:r w:rsidRPr="00D336A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  <w:r w:rsidRPr="00D336A4">
              <w:rPr>
                <w:sz w:val="24"/>
                <w:szCs w:val="24"/>
              </w:rPr>
              <w:br/>
              <w:t>.......................................................</w:t>
            </w:r>
          </w:p>
        </w:tc>
        <w:tc>
          <w:tcPr>
            <w:tcW w:w="1824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bottom"/>
          </w:tcPr>
          <w:p w14:paraId="1CE14E0C" w14:textId="699BE0C4" w:rsidR="0065678D" w:rsidRPr="00D336A4" w:rsidRDefault="0065678D" w:rsidP="0065678D">
            <w:pPr>
              <w:spacing w:after="0"/>
              <w:rPr>
                <w:sz w:val="24"/>
                <w:szCs w:val="24"/>
              </w:rPr>
            </w:pPr>
            <w:r w:rsidRPr="00D336A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336A4">
              <w:rPr>
                <w:sz w:val="24"/>
                <w:szCs w:val="24"/>
              </w:rPr>
              <w:br/>
              <w:t>.......................................................</w:t>
            </w:r>
          </w:p>
        </w:tc>
      </w:tr>
      <w:tr w:rsidR="0065678D" w14:paraId="0B944670" w14:textId="77777777" w:rsidTr="0065678D">
        <w:trPr>
          <w:trHeight w:val="2155"/>
          <w:jc w:val="center"/>
        </w:trPr>
        <w:tc>
          <w:tcPr>
            <w:tcW w:w="1362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center"/>
          </w:tcPr>
          <w:p w14:paraId="4E4E0751" w14:textId="77777777" w:rsidR="0065678D" w:rsidRPr="00D336A4" w:rsidRDefault="0065678D" w:rsidP="0065678D">
            <w:pPr>
              <w:spacing w:after="0"/>
              <w:rPr>
                <w:sz w:val="24"/>
                <w:szCs w:val="24"/>
              </w:rPr>
            </w:pP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Stroje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obowiązujące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w </w:t>
            </w: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uzdrowisku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i na plaży</w:t>
            </w:r>
          </w:p>
        </w:tc>
        <w:tc>
          <w:tcPr>
            <w:tcW w:w="1814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bottom"/>
          </w:tcPr>
          <w:p w14:paraId="227B814C" w14:textId="2BFEDC54" w:rsidR="0065678D" w:rsidRPr="00D336A4" w:rsidRDefault="0065678D" w:rsidP="0065678D">
            <w:pPr>
              <w:spacing w:after="0"/>
              <w:rPr>
                <w:sz w:val="24"/>
                <w:szCs w:val="24"/>
              </w:rPr>
            </w:pPr>
            <w:r w:rsidRPr="00D336A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336A4">
              <w:rPr>
                <w:sz w:val="24"/>
                <w:szCs w:val="24"/>
              </w:rPr>
              <w:br/>
              <w:t>.......................................................</w:t>
            </w:r>
          </w:p>
        </w:tc>
        <w:tc>
          <w:tcPr>
            <w:tcW w:w="1824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bottom"/>
          </w:tcPr>
          <w:p w14:paraId="771C1666" w14:textId="5F8F564B" w:rsidR="0065678D" w:rsidRPr="00D336A4" w:rsidRDefault="0065678D" w:rsidP="0065678D">
            <w:pPr>
              <w:spacing w:after="0"/>
              <w:rPr>
                <w:sz w:val="24"/>
                <w:szCs w:val="24"/>
              </w:rPr>
            </w:pPr>
            <w:r w:rsidRPr="00D336A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336A4">
              <w:rPr>
                <w:sz w:val="24"/>
                <w:szCs w:val="24"/>
              </w:rPr>
              <w:br/>
              <w:t>.......................................................</w:t>
            </w:r>
          </w:p>
        </w:tc>
      </w:tr>
      <w:tr w:rsidR="0065678D" w14:paraId="2D64C886" w14:textId="77777777" w:rsidTr="0065678D">
        <w:trPr>
          <w:trHeight w:val="2155"/>
          <w:jc w:val="center"/>
        </w:trPr>
        <w:tc>
          <w:tcPr>
            <w:tcW w:w="1362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center"/>
          </w:tcPr>
          <w:p w14:paraId="525EE212" w14:textId="77777777" w:rsidR="0065678D" w:rsidRPr="00D336A4" w:rsidRDefault="0065678D" w:rsidP="0065678D">
            <w:pPr>
              <w:spacing w:after="0"/>
              <w:rPr>
                <w:sz w:val="24"/>
                <w:szCs w:val="24"/>
              </w:rPr>
            </w:pP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Grupy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społeczne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</w:t>
            </w:r>
            <w:proofErr w:type="spellStart"/>
            <w:r w:rsidRPr="00D336A4">
              <w:rPr>
                <w:b/>
                <w:color w:val="12345B"/>
                <w:sz w:val="24"/>
                <w:szCs w:val="24"/>
              </w:rPr>
              <w:t>korzystające</w:t>
            </w:r>
            <w:proofErr w:type="spellEnd"/>
            <w:r w:rsidRPr="00D336A4">
              <w:rPr>
                <w:b/>
                <w:color w:val="12345B"/>
                <w:sz w:val="24"/>
                <w:szCs w:val="24"/>
              </w:rPr>
              <w:t xml:space="preserve"> z wypoczynku nad morzem</w:t>
            </w:r>
          </w:p>
        </w:tc>
        <w:tc>
          <w:tcPr>
            <w:tcW w:w="1814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bottom"/>
          </w:tcPr>
          <w:p w14:paraId="1D13ACE6" w14:textId="0D3D71C0" w:rsidR="0065678D" w:rsidRPr="00D336A4" w:rsidRDefault="0065678D" w:rsidP="0065678D">
            <w:pPr>
              <w:spacing w:after="0"/>
              <w:rPr>
                <w:sz w:val="24"/>
                <w:szCs w:val="24"/>
              </w:rPr>
            </w:pPr>
            <w:r w:rsidRPr="00D336A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336A4">
              <w:rPr>
                <w:sz w:val="24"/>
                <w:szCs w:val="24"/>
              </w:rPr>
              <w:br/>
              <w:t>.......................................................</w:t>
            </w:r>
          </w:p>
        </w:tc>
        <w:tc>
          <w:tcPr>
            <w:tcW w:w="1824" w:type="pct"/>
            <w:tcBorders>
              <w:top w:val="single" w:sz="6" w:space="0" w:color="8EA0B5"/>
              <w:left w:val="single" w:sz="6" w:space="0" w:color="8EA0B5"/>
              <w:bottom w:val="single" w:sz="6" w:space="0" w:color="8EA0B5"/>
              <w:right w:val="single" w:sz="6" w:space="0" w:color="8EA0B5"/>
            </w:tcBorders>
            <w:vAlign w:val="bottom"/>
          </w:tcPr>
          <w:p w14:paraId="16DCBDA9" w14:textId="0C9603E6" w:rsidR="0065678D" w:rsidRPr="00D336A4" w:rsidRDefault="0065678D" w:rsidP="0065678D">
            <w:pPr>
              <w:spacing w:after="0"/>
              <w:rPr>
                <w:sz w:val="24"/>
                <w:szCs w:val="24"/>
              </w:rPr>
            </w:pPr>
            <w:r w:rsidRPr="00D336A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336A4">
              <w:rPr>
                <w:sz w:val="24"/>
                <w:szCs w:val="24"/>
              </w:rPr>
              <w:br/>
              <w:t>.......................................................</w:t>
            </w:r>
          </w:p>
        </w:tc>
      </w:tr>
    </w:tbl>
    <w:p w14:paraId="2BF8DF5E" w14:textId="77777777" w:rsidR="004E739A" w:rsidRDefault="004E739A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397"/>
        <w:gridCol w:w="8375"/>
      </w:tblGrid>
      <w:tr w:rsidR="00D336A4" w14:paraId="06E47AD9" w14:textId="77777777" w:rsidTr="004E739A">
        <w:trPr>
          <w:jc w:val="center"/>
        </w:trPr>
        <w:tc>
          <w:tcPr>
            <w:tcW w:w="2442" w:type="dxa"/>
            <w:shd w:val="clear" w:color="auto" w:fill="12345B"/>
            <w:vAlign w:val="center"/>
          </w:tcPr>
          <w:p w14:paraId="1E6C9DB2" w14:textId="77777777" w:rsidR="00D336A4" w:rsidRPr="00D336A4" w:rsidRDefault="00D336A4" w:rsidP="00D336A4">
            <w:pPr>
              <w:spacing w:after="0"/>
              <w:jc w:val="center"/>
              <w:rPr>
                <w:sz w:val="28"/>
                <w:szCs w:val="28"/>
              </w:rPr>
            </w:pPr>
            <w:r w:rsidRPr="00D336A4">
              <w:rPr>
                <w:b/>
                <w:color w:val="FFFFFF"/>
                <w:sz w:val="28"/>
                <w:szCs w:val="28"/>
              </w:rPr>
              <w:t>ZADANIE 2.</w:t>
            </w:r>
          </w:p>
        </w:tc>
        <w:tc>
          <w:tcPr>
            <w:tcW w:w="8546" w:type="dxa"/>
            <w:vAlign w:val="center"/>
          </w:tcPr>
          <w:p w14:paraId="47EA69AA" w14:textId="77777777" w:rsidR="00D336A4" w:rsidRPr="00D336A4" w:rsidRDefault="00D336A4" w:rsidP="00D336A4">
            <w:pPr>
              <w:spacing w:after="0"/>
              <w:rPr>
                <w:sz w:val="24"/>
                <w:szCs w:val="24"/>
              </w:rPr>
            </w:pPr>
            <w:r w:rsidRPr="00D336A4">
              <w:rPr>
                <w:b/>
                <w:sz w:val="24"/>
                <w:szCs w:val="24"/>
              </w:rPr>
              <w:t>Przeprowadź wywiad z rodzicami, dziadkami lub starszymi krewnymi na temat tego, jak spędzali wakacje, gdy byli dziećmi. Poproś ich również o odszukanie zdjęć z wakacji. Porównaj zebrane informacje z własnymi doświadczeniami dotyczącymi letniego wypoczynku.</w:t>
            </w:r>
          </w:p>
        </w:tc>
      </w:tr>
    </w:tbl>
    <w:p w14:paraId="542EDC04" w14:textId="77777777" w:rsidR="00D336A4" w:rsidRDefault="00D336A4">
      <w:pPr>
        <w:spacing w:after="0"/>
      </w:pPr>
    </w:p>
    <w:p w14:paraId="468C5C0D" w14:textId="77777777" w:rsidR="00D336A4" w:rsidRDefault="00D336A4">
      <w:pPr>
        <w:spacing w:after="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78"/>
        <w:gridCol w:w="5378"/>
      </w:tblGrid>
      <w:tr w:rsidR="007A26F8" w:rsidRPr="004E739A" w14:paraId="4D1EF804" w14:textId="77777777" w:rsidTr="004E739A">
        <w:trPr>
          <w:jc w:val="center"/>
        </w:trPr>
        <w:tc>
          <w:tcPr>
            <w:tcW w:w="5000" w:type="pct"/>
            <w:gridSpan w:val="2"/>
            <w:tcBorders>
              <w:top w:val="single" w:sz="6" w:space="0" w:color="B99B73"/>
              <w:left w:val="single" w:sz="6" w:space="0" w:color="B99B73"/>
              <w:bottom w:val="single" w:sz="6" w:space="0" w:color="B99B73"/>
              <w:right w:val="single" w:sz="6" w:space="0" w:color="B99B73"/>
            </w:tcBorders>
            <w:vAlign w:val="center"/>
          </w:tcPr>
          <w:p w14:paraId="5D1D6E57" w14:textId="24C04009" w:rsidR="007A26F8" w:rsidRPr="004E739A" w:rsidRDefault="00000000" w:rsidP="004E739A">
            <w:pPr>
              <w:spacing w:after="0" w:line="360" w:lineRule="auto"/>
              <w:rPr>
                <w:sz w:val="24"/>
                <w:szCs w:val="24"/>
              </w:rPr>
            </w:pPr>
            <w:r w:rsidRPr="004E739A">
              <w:rPr>
                <w:b/>
                <w:color w:val="12345B"/>
                <w:sz w:val="24"/>
                <w:szCs w:val="24"/>
              </w:rPr>
              <w:t>Twoje notatki z wywiadu:</w:t>
            </w:r>
            <w:r w:rsidRPr="004E739A">
              <w:rPr>
                <w:b/>
                <w:color w:val="12345B"/>
                <w:sz w:val="24"/>
                <w:szCs w:val="24"/>
              </w:rPr>
              <w:br/>
            </w:r>
            <w:r w:rsidR="004E739A" w:rsidRPr="0065678D">
              <w:rPr>
                <w:bCs/>
                <w:color w:val="12345B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5678D">
              <w:rPr>
                <w:bCs/>
                <w:color w:val="12345B"/>
                <w:sz w:val="24"/>
                <w:szCs w:val="24"/>
              </w:rPr>
              <w:t>........................................................................................................................................................</w:t>
            </w:r>
            <w:r w:rsidRPr="0065678D">
              <w:rPr>
                <w:bCs/>
                <w:color w:val="12345B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..............................................................................................................................................................</w:t>
            </w:r>
            <w:r w:rsidRPr="0065678D">
              <w:rPr>
                <w:bCs/>
                <w:color w:val="12345B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..............................................................................................................................................................</w:t>
            </w:r>
          </w:p>
        </w:tc>
      </w:tr>
      <w:tr w:rsidR="007A26F8" w:rsidRPr="004E739A" w14:paraId="443E5D8E" w14:textId="77777777" w:rsidTr="004E739A">
        <w:trPr>
          <w:trHeight w:val="700"/>
          <w:jc w:val="center"/>
        </w:trPr>
        <w:tc>
          <w:tcPr>
            <w:tcW w:w="2500" w:type="pct"/>
            <w:tcBorders>
              <w:top w:val="single" w:sz="6" w:space="0" w:color="B99B73"/>
              <w:left w:val="single" w:sz="6" w:space="0" w:color="B99B73"/>
              <w:bottom w:val="single" w:sz="6" w:space="0" w:color="B99B73"/>
              <w:right w:val="single" w:sz="6" w:space="0" w:color="B99B73"/>
            </w:tcBorders>
            <w:shd w:val="clear" w:color="auto" w:fill="F8F2E7"/>
            <w:vAlign w:val="center"/>
          </w:tcPr>
          <w:p w14:paraId="381D8752" w14:textId="77777777" w:rsidR="007A26F8" w:rsidRPr="004E739A" w:rsidRDefault="00000000" w:rsidP="004E739A">
            <w:pPr>
              <w:spacing w:after="0"/>
              <w:jc w:val="center"/>
              <w:rPr>
                <w:sz w:val="24"/>
                <w:szCs w:val="24"/>
              </w:rPr>
            </w:pPr>
            <w:r w:rsidRPr="004E739A">
              <w:rPr>
                <w:b/>
                <w:color w:val="12345B"/>
                <w:sz w:val="24"/>
                <w:szCs w:val="24"/>
              </w:rPr>
              <w:t>DAWNE WAKACJE</w:t>
            </w:r>
          </w:p>
        </w:tc>
        <w:tc>
          <w:tcPr>
            <w:tcW w:w="2500" w:type="pct"/>
            <w:tcBorders>
              <w:top w:val="single" w:sz="6" w:space="0" w:color="B99B73"/>
              <w:left w:val="single" w:sz="6" w:space="0" w:color="B99B73"/>
              <w:bottom w:val="single" w:sz="6" w:space="0" w:color="B99B73"/>
              <w:right w:val="single" w:sz="6" w:space="0" w:color="B99B73"/>
            </w:tcBorders>
            <w:shd w:val="clear" w:color="auto" w:fill="F8F2E7"/>
            <w:vAlign w:val="center"/>
          </w:tcPr>
          <w:p w14:paraId="5FDD34C5" w14:textId="77777777" w:rsidR="007A26F8" w:rsidRPr="004E739A" w:rsidRDefault="00000000" w:rsidP="004E739A">
            <w:pPr>
              <w:spacing w:after="0"/>
              <w:jc w:val="center"/>
              <w:rPr>
                <w:sz w:val="24"/>
                <w:szCs w:val="24"/>
              </w:rPr>
            </w:pPr>
            <w:r w:rsidRPr="004E739A">
              <w:rPr>
                <w:b/>
                <w:color w:val="12345B"/>
                <w:sz w:val="24"/>
                <w:szCs w:val="24"/>
              </w:rPr>
              <w:t>MOJE WAKACJE</w:t>
            </w:r>
          </w:p>
        </w:tc>
      </w:tr>
      <w:tr w:rsidR="007A26F8" w:rsidRPr="004E739A" w14:paraId="3DCF2366" w14:textId="77777777" w:rsidTr="004E739A">
        <w:trPr>
          <w:jc w:val="center"/>
        </w:trPr>
        <w:tc>
          <w:tcPr>
            <w:tcW w:w="2500" w:type="pct"/>
            <w:tcBorders>
              <w:top w:val="single" w:sz="6" w:space="0" w:color="B99B73"/>
              <w:left w:val="single" w:sz="6" w:space="0" w:color="B99B73"/>
              <w:bottom w:val="single" w:sz="6" w:space="0" w:color="B99B73"/>
              <w:right w:val="single" w:sz="6" w:space="0" w:color="B99B73"/>
            </w:tcBorders>
            <w:vAlign w:val="center"/>
          </w:tcPr>
          <w:p w14:paraId="0ED65D3E" w14:textId="2B785DB5" w:rsidR="007A26F8" w:rsidRDefault="00000000" w:rsidP="001A79D0">
            <w:pPr>
              <w:spacing w:after="0" w:line="360" w:lineRule="auto"/>
              <w:rPr>
                <w:i/>
                <w:color w:val="12345B"/>
                <w:sz w:val="24"/>
                <w:szCs w:val="24"/>
              </w:rPr>
            </w:pPr>
            <w:r w:rsidRPr="004E739A">
              <w:rPr>
                <w:i/>
                <w:color w:val="12345B"/>
                <w:sz w:val="24"/>
                <w:szCs w:val="24"/>
              </w:rPr>
              <w:t xml:space="preserve">Jak </w:t>
            </w:r>
            <w:proofErr w:type="spellStart"/>
            <w:r w:rsidRPr="004E739A">
              <w:rPr>
                <w:i/>
                <w:color w:val="12345B"/>
                <w:sz w:val="24"/>
                <w:szCs w:val="24"/>
              </w:rPr>
              <w:t>spędzano</w:t>
            </w:r>
            <w:proofErr w:type="spellEnd"/>
            <w:r w:rsidRPr="004E739A">
              <w:rPr>
                <w:i/>
                <w:color w:val="12345B"/>
                <w:sz w:val="24"/>
                <w:szCs w:val="24"/>
              </w:rPr>
              <w:t xml:space="preserve"> </w:t>
            </w:r>
            <w:proofErr w:type="spellStart"/>
            <w:r w:rsidRPr="004E739A">
              <w:rPr>
                <w:i/>
                <w:color w:val="12345B"/>
                <w:sz w:val="24"/>
                <w:szCs w:val="24"/>
              </w:rPr>
              <w:t>wakacje</w:t>
            </w:r>
            <w:proofErr w:type="spellEnd"/>
            <w:r w:rsidRPr="004E739A">
              <w:rPr>
                <w:i/>
                <w:color w:val="12345B"/>
                <w:sz w:val="24"/>
                <w:szCs w:val="24"/>
              </w:rPr>
              <w:t>? Gdzie? Z kim? Co było najciekawsze?</w:t>
            </w:r>
            <w:r w:rsidRPr="004E739A">
              <w:rPr>
                <w:i/>
                <w:color w:val="12345B"/>
                <w:sz w:val="24"/>
                <w:szCs w:val="24"/>
              </w:rPr>
              <w:br/>
            </w:r>
            <w:r w:rsidR="001A79D0" w:rsidRPr="004E739A">
              <w:rPr>
                <w:i/>
                <w:color w:val="12345B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</w:t>
            </w:r>
            <w:r w:rsidRPr="004E739A">
              <w:rPr>
                <w:i/>
                <w:color w:val="12345B"/>
                <w:sz w:val="24"/>
                <w:szCs w:val="24"/>
              </w:rPr>
              <w:t>...........................................................................</w:t>
            </w:r>
            <w:r w:rsidRPr="004E739A">
              <w:rPr>
                <w:i/>
                <w:color w:val="12345B"/>
                <w:sz w:val="24"/>
                <w:szCs w:val="24"/>
              </w:rPr>
              <w:br/>
              <w:t>.............................................................................</w:t>
            </w:r>
            <w:r w:rsidRPr="004E739A">
              <w:rPr>
                <w:i/>
                <w:color w:val="12345B"/>
                <w:sz w:val="24"/>
                <w:szCs w:val="24"/>
              </w:rPr>
              <w:br/>
              <w:t>.............................................................................</w:t>
            </w:r>
          </w:p>
          <w:p w14:paraId="2797F152" w14:textId="42830AE4" w:rsidR="001A79D0" w:rsidRPr="004E739A" w:rsidRDefault="001A79D0" w:rsidP="001A79D0">
            <w:pPr>
              <w:spacing w:after="0" w:line="360" w:lineRule="auto"/>
              <w:rPr>
                <w:sz w:val="24"/>
                <w:szCs w:val="24"/>
              </w:rPr>
            </w:pPr>
            <w:r w:rsidRPr="004E739A">
              <w:rPr>
                <w:i/>
                <w:color w:val="12345B"/>
                <w:sz w:val="24"/>
                <w:szCs w:val="24"/>
              </w:rPr>
              <w:t>.............................................................................</w:t>
            </w:r>
          </w:p>
        </w:tc>
        <w:tc>
          <w:tcPr>
            <w:tcW w:w="2500" w:type="pct"/>
            <w:tcBorders>
              <w:top w:val="single" w:sz="6" w:space="0" w:color="B99B73"/>
              <w:left w:val="single" w:sz="6" w:space="0" w:color="B99B73"/>
              <w:bottom w:val="single" w:sz="6" w:space="0" w:color="B99B73"/>
              <w:right w:val="single" w:sz="6" w:space="0" w:color="B99B73"/>
            </w:tcBorders>
            <w:vAlign w:val="center"/>
          </w:tcPr>
          <w:p w14:paraId="0B119D60" w14:textId="481C9AA6" w:rsidR="007A26F8" w:rsidRPr="004E739A" w:rsidRDefault="00000000" w:rsidP="001A79D0">
            <w:pPr>
              <w:spacing w:after="0" w:line="360" w:lineRule="auto"/>
              <w:rPr>
                <w:sz w:val="24"/>
                <w:szCs w:val="24"/>
              </w:rPr>
            </w:pPr>
            <w:r w:rsidRPr="004E739A">
              <w:rPr>
                <w:i/>
                <w:color w:val="12345B"/>
                <w:sz w:val="24"/>
                <w:szCs w:val="24"/>
              </w:rPr>
              <w:t>Jak spędzam wakacje? Gdzie? Z kim? Co sprawia mi największą radość?</w:t>
            </w:r>
            <w:r w:rsidRPr="004E739A">
              <w:rPr>
                <w:i/>
                <w:color w:val="12345B"/>
                <w:sz w:val="24"/>
                <w:szCs w:val="24"/>
              </w:rPr>
              <w:br/>
              <w:t>...............................................................................</w:t>
            </w:r>
            <w:r w:rsidR="001A79D0" w:rsidRPr="004E739A">
              <w:rPr>
                <w:i/>
                <w:color w:val="12345B"/>
                <w:sz w:val="24"/>
                <w:szCs w:val="24"/>
              </w:rPr>
              <w:t>........................................................................................................................................................ .............................................................................</w:t>
            </w:r>
            <w:r w:rsidRPr="004E739A">
              <w:rPr>
                <w:i/>
                <w:color w:val="12345B"/>
                <w:sz w:val="24"/>
                <w:szCs w:val="24"/>
              </w:rPr>
              <w:br/>
              <w:t>.............................................................................</w:t>
            </w:r>
            <w:r w:rsidRPr="004E739A">
              <w:rPr>
                <w:i/>
                <w:color w:val="12345B"/>
                <w:sz w:val="24"/>
                <w:szCs w:val="24"/>
              </w:rPr>
              <w:br/>
              <w:t>.............................................................................</w:t>
            </w:r>
            <w:r w:rsidR="001A79D0" w:rsidRPr="004E739A">
              <w:rPr>
                <w:i/>
                <w:color w:val="12345B"/>
                <w:sz w:val="24"/>
                <w:szCs w:val="24"/>
              </w:rPr>
              <w:t>..........................................................................................................................................................</w:t>
            </w:r>
          </w:p>
        </w:tc>
      </w:tr>
    </w:tbl>
    <w:p w14:paraId="2043D3C4" w14:textId="77777777" w:rsidR="004E739A" w:rsidRDefault="004E739A">
      <w:pPr>
        <w:spacing w:after="0"/>
        <w:rPr>
          <w:b/>
          <w:color w:val="12345B"/>
          <w:sz w:val="24"/>
          <w:szCs w:val="24"/>
        </w:rPr>
      </w:pPr>
    </w:p>
    <w:p w14:paraId="4E8DCA62" w14:textId="19EA6C42" w:rsidR="007A26F8" w:rsidRPr="004E739A" w:rsidRDefault="00000000" w:rsidP="001A79D0">
      <w:pPr>
        <w:spacing w:after="0" w:line="360" w:lineRule="auto"/>
        <w:rPr>
          <w:sz w:val="24"/>
          <w:szCs w:val="24"/>
        </w:rPr>
      </w:pPr>
      <w:proofErr w:type="spellStart"/>
      <w:r w:rsidRPr="004E739A">
        <w:rPr>
          <w:b/>
          <w:color w:val="12345B"/>
          <w:sz w:val="24"/>
          <w:szCs w:val="24"/>
        </w:rPr>
        <w:t>Najważniejsze</w:t>
      </w:r>
      <w:proofErr w:type="spellEnd"/>
      <w:r w:rsidRPr="004E739A">
        <w:rPr>
          <w:b/>
          <w:color w:val="12345B"/>
          <w:sz w:val="24"/>
          <w:szCs w:val="24"/>
        </w:rPr>
        <w:t xml:space="preserve"> </w:t>
      </w:r>
      <w:proofErr w:type="spellStart"/>
      <w:r w:rsidRPr="004E739A">
        <w:rPr>
          <w:b/>
          <w:color w:val="12345B"/>
          <w:sz w:val="24"/>
          <w:szCs w:val="24"/>
        </w:rPr>
        <w:t>podobieństwa</w:t>
      </w:r>
      <w:proofErr w:type="spellEnd"/>
      <w:r w:rsidRPr="004E739A">
        <w:rPr>
          <w:b/>
          <w:color w:val="12345B"/>
          <w:sz w:val="24"/>
          <w:szCs w:val="24"/>
        </w:rPr>
        <w:t xml:space="preserve"> </w:t>
      </w:r>
      <w:proofErr w:type="spellStart"/>
      <w:r w:rsidRPr="004E739A">
        <w:rPr>
          <w:b/>
          <w:color w:val="12345B"/>
          <w:sz w:val="24"/>
          <w:szCs w:val="24"/>
        </w:rPr>
        <w:t>i</w:t>
      </w:r>
      <w:proofErr w:type="spellEnd"/>
      <w:r w:rsidRPr="004E739A">
        <w:rPr>
          <w:b/>
          <w:color w:val="12345B"/>
          <w:sz w:val="24"/>
          <w:szCs w:val="24"/>
        </w:rPr>
        <w:t xml:space="preserve"> </w:t>
      </w:r>
      <w:proofErr w:type="spellStart"/>
      <w:r w:rsidRPr="004E739A">
        <w:rPr>
          <w:b/>
          <w:color w:val="12345B"/>
          <w:sz w:val="24"/>
          <w:szCs w:val="24"/>
        </w:rPr>
        <w:t>różnice</w:t>
      </w:r>
      <w:proofErr w:type="spellEnd"/>
      <w:r w:rsidRPr="004E739A">
        <w:rPr>
          <w:b/>
          <w:color w:val="12345B"/>
          <w:sz w:val="24"/>
          <w:szCs w:val="24"/>
        </w:rPr>
        <w:t xml:space="preserve">:  </w:t>
      </w:r>
      <w:r w:rsidRPr="00C82661">
        <w:rPr>
          <w:bCs/>
          <w:color w:val="12345B"/>
          <w:sz w:val="24"/>
          <w:szCs w:val="24"/>
        </w:rPr>
        <w:t>...............................................................................................................</w:t>
      </w:r>
      <w:r w:rsidR="001A79D0" w:rsidRPr="00C82661">
        <w:rPr>
          <w:bCs/>
          <w:color w:val="12345B"/>
          <w:sz w:val="24"/>
          <w:szCs w:val="24"/>
        </w:rPr>
        <w:t>...................................</w:t>
      </w:r>
      <w:r w:rsidRPr="00C82661">
        <w:rPr>
          <w:bCs/>
          <w:color w:val="12345B"/>
          <w:sz w:val="24"/>
          <w:szCs w:val="24"/>
        </w:rPr>
        <w:t>...............</w:t>
      </w:r>
      <w:r w:rsidRPr="00C82661">
        <w:rPr>
          <w:bCs/>
          <w:color w:val="12345B"/>
          <w:sz w:val="24"/>
          <w:szCs w:val="24"/>
        </w:rPr>
        <w:br/>
      </w:r>
      <w:r w:rsidR="001A79D0" w:rsidRPr="00C82661">
        <w:rPr>
          <w:bCs/>
          <w:color w:val="12345B"/>
          <w:sz w:val="24"/>
          <w:szCs w:val="24"/>
        </w:rPr>
        <w:t>.................................................................................................................................................................</w:t>
      </w:r>
      <w:r w:rsidR="001A79D0" w:rsidRPr="00C82661">
        <w:rPr>
          <w:bCs/>
          <w:color w:val="12345B"/>
          <w:sz w:val="24"/>
          <w:szCs w:val="24"/>
        </w:rPr>
        <w:br/>
        <w:t>.................................................................................................................................................................</w:t>
      </w:r>
      <w:r w:rsidR="001A79D0" w:rsidRPr="00C82661">
        <w:rPr>
          <w:bCs/>
          <w:color w:val="12345B"/>
          <w:sz w:val="24"/>
          <w:szCs w:val="24"/>
        </w:rPr>
        <w:br/>
        <w:t>.................................................................................................................................................................</w:t>
      </w:r>
      <w:r w:rsidR="001A79D0" w:rsidRPr="00C82661">
        <w:rPr>
          <w:bCs/>
          <w:color w:val="12345B"/>
          <w:sz w:val="24"/>
          <w:szCs w:val="24"/>
        </w:rPr>
        <w:br/>
        <w:t>.................................................................................................................................................................</w:t>
      </w:r>
      <w:r w:rsidR="001A79D0" w:rsidRPr="00C82661">
        <w:rPr>
          <w:bCs/>
          <w:color w:val="12345B"/>
          <w:sz w:val="24"/>
          <w:szCs w:val="24"/>
        </w:rPr>
        <w:br/>
        <w:t>.................................................................................................................................................................</w:t>
      </w:r>
      <w:r w:rsidR="001A79D0" w:rsidRPr="00C82661">
        <w:rPr>
          <w:bCs/>
          <w:color w:val="12345B"/>
          <w:sz w:val="24"/>
          <w:szCs w:val="24"/>
        </w:rPr>
        <w:br/>
        <w:t>.................................................................................................................................................................</w:t>
      </w:r>
      <w:r w:rsidR="001A79D0" w:rsidRPr="00C82661">
        <w:rPr>
          <w:bCs/>
          <w:color w:val="12345B"/>
          <w:sz w:val="24"/>
          <w:szCs w:val="24"/>
        </w:rPr>
        <w:br/>
        <w:t>.................................................................................................................................................................</w:t>
      </w:r>
      <w:r w:rsidR="001A79D0" w:rsidRPr="00C82661">
        <w:rPr>
          <w:bCs/>
          <w:color w:val="12345B"/>
          <w:sz w:val="24"/>
          <w:szCs w:val="24"/>
        </w:rPr>
        <w:br/>
        <w:t>.................................................................................................................................................................</w:t>
      </w:r>
      <w:r w:rsidR="001A79D0" w:rsidRPr="00C82661">
        <w:rPr>
          <w:bCs/>
          <w:color w:val="12345B"/>
          <w:sz w:val="24"/>
          <w:szCs w:val="24"/>
        </w:rPr>
        <w:br/>
      </w:r>
    </w:p>
    <w:sectPr w:rsidR="007A26F8" w:rsidRPr="004E739A" w:rsidSect="004E739A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5886914">
    <w:abstractNumId w:val="8"/>
  </w:num>
  <w:num w:numId="2" w16cid:durableId="1177814263">
    <w:abstractNumId w:val="6"/>
  </w:num>
  <w:num w:numId="3" w16cid:durableId="636489533">
    <w:abstractNumId w:val="5"/>
  </w:num>
  <w:num w:numId="4" w16cid:durableId="447821233">
    <w:abstractNumId w:val="4"/>
  </w:num>
  <w:num w:numId="5" w16cid:durableId="674302617">
    <w:abstractNumId w:val="7"/>
  </w:num>
  <w:num w:numId="6" w16cid:durableId="2132505136">
    <w:abstractNumId w:val="3"/>
  </w:num>
  <w:num w:numId="7" w16cid:durableId="2100786777">
    <w:abstractNumId w:val="2"/>
  </w:num>
  <w:num w:numId="8" w16cid:durableId="1348484510">
    <w:abstractNumId w:val="1"/>
  </w:num>
  <w:num w:numId="9" w16cid:durableId="10031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79D0"/>
    <w:rsid w:val="0029639D"/>
    <w:rsid w:val="00326F90"/>
    <w:rsid w:val="00404ABC"/>
    <w:rsid w:val="004E739A"/>
    <w:rsid w:val="0065678D"/>
    <w:rsid w:val="007A26F8"/>
    <w:rsid w:val="00AA1D8D"/>
    <w:rsid w:val="00B47730"/>
    <w:rsid w:val="00C82661"/>
    <w:rsid w:val="00CB0664"/>
    <w:rsid w:val="00D336A4"/>
    <w:rsid w:val="00FC693F"/>
    <w:rsid w:val="00FC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9EF509"/>
  <w14:defaultImageDpi w14:val="300"/>
  <w15:docId w15:val="{49C3B756-B8E2-4F36-B121-DC0D2F4A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1012</Words>
  <Characters>6077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Makowski</cp:lastModifiedBy>
  <cp:revision>3</cp:revision>
  <dcterms:created xsi:type="dcterms:W3CDTF">2026-09-23T18:45:00Z</dcterms:created>
  <dcterms:modified xsi:type="dcterms:W3CDTF">2026-09-23T18:48:00Z</dcterms:modified>
  <cp:category/>
</cp:coreProperties>
</file>