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6123"/>
        <w:gridCol w:w="1984"/>
      </w:tblGrid>
      <w:tr w:rsidR="004A3E4E" w14:paraId="40D8C496" w14:textId="77777777">
        <w:trPr>
          <w:jc w:val="center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8B71" w14:textId="77777777" w:rsidR="004A3E4E" w:rsidRDefault="00000000">
            <w:r>
              <w:rPr>
                <w:noProof/>
              </w:rPr>
              <w:drawing>
                <wp:inline distT="0" distB="0" distL="0" distR="0" wp14:anchorId="3439ACD4" wp14:editId="23A7FD7C">
                  <wp:extent cx="1007999" cy="11423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gn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14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4C89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0A2A56"/>
                <w:sz w:val="22"/>
              </w:rPr>
              <w:t>KARTA PRACY</w:t>
            </w:r>
          </w:p>
          <w:p w14:paraId="7BB2FF7A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0A2A56"/>
                <w:sz w:val="35"/>
              </w:rPr>
              <w:t>KOLEJ NA POMORZU ZACHODNIM</w:t>
            </w:r>
          </w:p>
          <w:p w14:paraId="1CFFF81D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666666"/>
                <w:sz w:val="20"/>
              </w:rPr>
              <w:t>NARODZINY NOWOCZESNEJ KOMUNIKACJI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2FB4" w14:textId="77777777" w:rsidR="004A3E4E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EB447EC" wp14:editId="65382CAE">
                  <wp:extent cx="1152000" cy="54767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c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5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A912C" w14:textId="77777777" w:rsidR="004A3E4E" w:rsidRDefault="004A3E4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09"/>
        <w:gridCol w:w="2109"/>
        <w:gridCol w:w="2109"/>
        <w:gridCol w:w="2109"/>
        <w:gridCol w:w="2109"/>
      </w:tblGrid>
      <w:tr w:rsidR="004A3E4E" w14:paraId="04C8FAC7" w14:textId="77777777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0274A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1843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C1027B6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1846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2D04530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1848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AFB14A3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lata 60.–70. XIX w.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D536EA7" w14:textId="77777777" w:rsidR="004A3E4E" w:rsidRDefault="00000000">
            <w:pPr>
              <w:jc w:val="center"/>
            </w:pPr>
            <w:r>
              <w:rPr>
                <w:b/>
                <w:color w:val="0A2A56"/>
                <w:sz w:val="28"/>
              </w:rPr>
              <w:t>●</w:t>
            </w:r>
            <w:r>
              <w:br/>
            </w:r>
            <w:r>
              <w:rPr>
                <w:b/>
                <w:color w:val="0A2A56"/>
                <w:sz w:val="20"/>
              </w:rPr>
              <w:t>koniec XIX w.</w:t>
            </w:r>
          </w:p>
        </w:tc>
      </w:tr>
      <w:tr w:rsidR="004A3E4E" w14:paraId="452B927F" w14:textId="77777777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D494C62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Uruchomienie linii</w:t>
            </w:r>
            <w:r>
              <w:rPr>
                <w:b/>
                <w:color w:val="111111"/>
                <w:sz w:val="17"/>
              </w:rPr>
              <w:br/>
              <w:t>Berlin–Szczecin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00405E5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Połączenie</w:t>
            </w:r>
            <w:r>
              <w:rPr>
                <w:b/>
                <w:color w:val="111111"/>
                <w:sz w:val="17"/>
              </w:rPr>
              <w:br/>
              <w:t>ze Stargardem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63082B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Linia do Poznania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33D3BB4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Rozbudowa sieci</w:t>
            </w:r>
            <w:r>
              <w:rPr>
                <w:b/>
                <w:color w:val="111111"/>
                <w:sz w:val="17"/>
              </w:rPr>
              <w:br/>
              <w:t>na Pomorzu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F28394F" w14:textId="77777777" w:rsidR="004A3E4E" w:rsidRDefault="00000000">
            <w:pPr>
              <w:jc w:val="center"/>
            </w:pPr>
            <w:r>
              <w:rPr>
                <w:b/>
                <w:color w:val="111111"/>
                <w:sz w:val="17"/>
              </w:rPr>
              <w:t>Pomorze staje się</w:t>
            </w:r>
            <w:r>
              <w:rPr>
                <w:b/>
                <w:color w:val="111111"/>
                <w:sz w:val="17"/>
              </w:rPr>
              <w:br/>
              <w:t>ważnym węzłem kolejowym</w:t>
            </w:r>
          </w:p>
        </w:tc>
      </w:tr>
    </w:tbl>
    <w:p w14:paraId="339FE349" w14:textId="77777777" w:rsidR="004A3E4E" w:rsidRDefault="004A3E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050"/>
      </w:tblGrid>
      <w:tr w:rsidR="004A3E4E" w14:paraId="0121CFF7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A2A5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17DF367F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24"/>
              </w:rPr>
              <w:t>ZADANIE 1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93A6AD8" w14:textId="77777777" w:rsidR="004A3E4E" w:rsidRDefault="00000000">
            <w:r>
              <w:rPr>
                <w:b/>
                <w:color w:val="111111"/>
                <w:sz w:val="20"/>
              </w:rPr>
              <w:t>Na podstawie fotografii oraz własnych obserwacji porównaj dawny i współczesny wygląd dworca kolejowego w Szczecinie. Jeżeli możesz, wykonaj własne zdjęcie lub skorzystaj z fotografii dostępnych w Internecie.</w:t>
            </w:r>
          </w:p>
        </w:tc>
      </w:tr>
    </w:tbl>
    <w:p w14:paraId="0933F500" w14:textId="77777777" w:rsidR="004A3E4E" w:rsidRDefault="00000000">
      <w:pPr>
        <w:spacing w:before="80" w:after="20"/>
        <w:jc w:val="center"/>
      </w:pPr>
      <w:r>
        <w:rPr>
          <w:noProof/>
        </w:rPr>
        <w:drawing>
          <wp:inline distT="0" distB="0" distL="0" distR="0" wp14:anchorId="37170A78" wp14:editId="09F96FB8">
            <wp:extent cx="3960000" cy="19431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4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AB24E" w14:textId="77777777" w:rsidR="004A3E4E" w:rsidRDefault="00000000">
      <w:pPr>
        <w:spacing w:after="60"/>
        <w:jc w:val="center"/>
      </w:pPr>
      <w:r>
        <w:rPr>
          <w:color w:val="245B9B"/>
          <w:sz w:val="16"/>
        </w:rPr>
        <w:t>Źródło: historiapomorza.pl/galeria/w-panstwie-pruskim-i-niemieckim/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9270"/>
      </w:tblGrid>
      <w:tr w:rsidR="004A3E4E" w14:paraId="757F8FFB" w14:textId="77777777">
        <w:trPr>
          <w:jc w:val="center"/>
        </w:trPr>
        <w:tc>
          <w:tcPr>
            <w:tcW w:w="10546" w:type="dxa"/>
            <w:gridSpan w:val="2"/>
            <w:shd w:val="clear" w:color="auto" w:fill="0A2A56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31A72D3F" w14:textId="77777777" w:rsidR="004A3E4E" w:rsidRDefault="00000000">
            <w:r>
              <w:rPr>
                <w:b/>
                <w:color w:val="FFFFFF"/>
                <w:sz w:val="19"/>
              </w:rPr>
              <w:t>RÓŻNICE</w:t>
            </w:r>
          </w:p>
        </w:tc>
      </w:tr>
      <w:tr w:rsidR="004A3E4E" w14:paraId="5EDA809C" w14:textId="77777777" w:rsidTr="00992D5C">
        <w:trPr>
          <w:trHeight w:val="595"/>
          <w:jc w:val="center"/>
        </w:trPr>
        <w:tc>
          <w:tcPr>
            <w:tcW w:w="127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C37A52" w14:textId="77777777" w:rsidR="004A3E4E" w:rsidRDefault="00000000">
            <w:proofErr w:type="spellStart"/>
            <w:r>
              <w:rPr>
                <w:b/>
                <w:color w:val="111111"/>
                <w:sz w:val="18"/>
              </w:rPr>
              <w:t>Różnica</w:t>
            </w:r>
            <w:proofErr w:type="spellEnd"/>
            <w:r>
              <w:rPr>
                <w:b/>
                <w:color w:val="111111"/>
                <w:sz w:val="18"/>
              </w:rPr>
              <w:t xml:space="preserve"> 1</w:t>
            </w:r>
          </w:p>
        </w:tc>
        <w:tc>
          <w:tcPr>
            <w:tcW w:w="927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11B933" w14:textId="77777777" w:rsidR="004A3E4E" w:rsidRDefault="00000000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</w:t>
            </w:r>
            <w:r w:rsidR="00992D5C">
              <w:rPr>
                <w:color w:val="777777"/>
                <w:sz w:val="18"/>
              </w:rPr>
              <w:t>.......................................................</w:t>
            </w:r>
            <w:r>
              <w:rPr>
                <w:color w:val="777777"/>
                <w:sz w:val="18"/>
              </w:rPr>
              <w:t>................................................................</w:t>
            </w:r>
          </w:p>
          <w:p w14:paraId="51D06F72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1B386DD7" w14:textId="44504061" w:rsidR="00992D5C" w:rsidRDefault="00992D5C" w:rsidP="00992D5C">
            <w:pPr>
              <w:spacing w:line="360" w:lineRule="auto"/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992D5C" w14:paraId="7C089FC3" w14:textId="77777777" w:rsidTr="00992D5C">
        <w:trPr>
          <w:trHeight w:val="595"/>
          <w:jc w:val="center"/>
        </w:trPr>
        <w:tc>
          <w:tcPr>
            <w:tcW w:w="127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84C0A7" w14:textId="77777777" w:rsidR="00992D5C" w:rsidRDefault="00992D5C" w:rsidP="00992D5C">
            <w:proofErr w:type="spellStart"/>
            <w:r>
              <w:rPr>
                <w:b/>
                <w:color w:val="111111"/>
                <w:sz w:val="18"/>
              </w:rPr>
              <w:t>Różnica</w:t>
            </w:r>
            <w:proofErr w:type="spellEnd"/>
            <w:r>
              <w:rPr>
                <w:b/>
                <w:color w:val="111111"/>
                <w:sz w:val="18"/>
              </w:rPr>
              <w:t xml:space="preserve"> 2</w:t>
            </w:r>
          </w:p>
        </w:tc>
        <w:tc>
          <w:tcPr>
            <w:tcW w:w="927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9DC4C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5933E8B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2DFBAA9" w14:textId="3CD32713" w:rsidR="00992D5C" w:rsidRDefault="00992D5C" w:rsidP="00992D5C"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992D5C" w14:paraId="1D06026E" w14:textId="77777777" w:rsidTr="00992D5C">
        <w:trPr>
          <w:trHeight w:val="595"/>
          <w:jc w:val="center"/>
        </w:trPr>
        <w:tc>
          <w:tcPr>
            <w:tcW w:w="127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5E8C8" w14:textId="77777777" w:rsidR="00992D5C" w:rsidRDefault="00992D5C" w:rsidP="00992D5C">
            <w:proofErr w:type="spellStart"/>
            <w:r>
              <w:rPr>
                <w:b/>
                <w:color w:val="111111"/>
                <w:sz w:val="18"/>
              </w:rPr>
              <w:t>Różnica</w:t>
            </w:r>
            <w:proofErr w:type="spellEnd"/>
            <w:r>
              <w:rPr>
                <w:b/>
                <w:color w:val="111111"/>
                <w:sz w:val="18"/>
              </w:rPr>
              <w:t xml:space="preserve"> 3</w:t>
            </w:r>
          </w:p>
        </w:tc>
        <w:tc>
          <w:tcPr>
            <w:tcW w:w="927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2469B6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4F8232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1C20450F" w14:textId="5E69D700" w:rsidR="00992D5C" w:rsidRDefault="00992D5C" w:rsidP="00992D5C"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A97EF5C" w14:textId="77777777" w:rsidR="004A3E4E" w:rsidRDefault="004A3E4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986"/>
      </w:tblGrid>
      <w:tr w:rsidR="004A3E4E" w14:paraId="30BD332D" w14:textId="77777777">
        <w:trPr>
          <w:jc w:val="center"/>
        </w:trPr>
        <w:tc>
          <w:tcPr>
            <w:tcW w:w="10546" w:type="dxa"/>
            <w:gridSpan w:val="2"/>
            <w:shd w:val="clear" w:color="auto" w:fill="0A2A56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01C65526" w14:textId="77777777" w:rsidR="004A3E4E" w:rsidRDefault="00000000">
            <w:r>
              <w:rPr>
                <w:b/>
                <w:color w:val="FFFFFF"/>
                <w:sz w:val="19"/>
              </w:rPr>
              <w:t>PODOBIEŃSTWA</w:t>
            </w:r>
          </w:p>
        </w:tc>
      </w:tr>
      <w:tr w:rsidR="004A3E4E" w14:paraId="308E6F99" w14:textId="77777777" w:rsidTr="00992D5C">
        <w:trPr>
          <w:trHeight w:val="595"/>
          <w:jc w:val="center"/>
        </w:trPr>
        <w:tc>
          <w:tcPr>
            <w:tcW w:w="156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610ACE" w14:textId="77777777" w:rsidR="004A3E4E" w:rsidRDefault="00000000">
            <w:proofErr w:type="spellStart"/>
            <w:r>
              <w:rPr>
                <w:b/>
                <w:color w:val="111111"/>
                <w:sz w:val="18"/>
              </w:rPr>
              <w:t>Podobieństwo</w:t>
            </w:r>
            <w:proofErr w:type="spellEnd"/>
            <w:r>
              <w:rPr>
                <w:b/>
                <w:color w:val="111111"/>
                <w:sz w:val="18"/>
              </w:rPr>
              <w:t xml:space="preserve"> 1</w:t>
            </w:r>
          </w:p>
        </w:tc>
        <w:tc>
          <w:tcPr>
            <w:tcW w:w="898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FB9EC8" w14:textId="77777777" w:rsidR="004A3E4E" w:rsidRDefault="00000000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</w:t>
            </w:r>
            <w:r w:rsidR="00992D5C">
              <w:rPr>
                <w:color w:val="777777"/>
                <w:sz w:val="18"/>
              </w:rPr>
              <w:t>.................................................</w:t>
            </w:r>
            <w:r>
              <w:rPr>
                <w:color w:val="777777"/>
                <w:sz w:val="18"/>
              </w:rPr>
              <w:t>...................................................................................................</w:t>
            </w:r>
          </w:p>
          <w:p w14:paraId="0E10A69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56E8804A" w14:textId="2FD4132D" w:rsidR="00992D5C" w:rsidRDefault="00992D5C" w:rsidP="00992D5C">
            <w:pPr>
              <w:spacing w:line="360" w:lineRule="auto"/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</w:tc>
      </w:tr>
      <w:tr w:rsidR="00992D5C" w14:paraId="7408442B" w14:textId="77777777" w:rsidTr="00992D5C">
        <w:trPr>
          <w:trHeight w:val="595"/>
          <w:jc w:val="center"/>
        </w:trPr>
        <w:tc>
          <w:tcPr>
            <w:tcW w:w="1560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5C1CD1" w14:textId="77777777" w:rsidR="00992D5C" w:rsidRDefault="00992D5C" w:rsidP="00992D5C">
            <w:proofErr w:type="spellStart"/>
            <w:r>
              <w:rPr>
                <w:b/>
                <w:color w:val="111111"/>
                <w:sz w:val="18"/>
              </w:rPr>
              <w:t>Podobieństwo</w:t>
            </w:r>
            <w:proofErr w:type="spellEnd"/>
            <w:r>
              <w:rPr>
                <w:b/>
                <w:color w:val="111111"/>
                <w:sz w:val="18"/>
              </w:rPr>
              <w:t xml:space="preserve"> 2</w:t>
            </w:r>
          </w:p>
        </w:tc>
        <w:tc>
          <w:tcPr>
            <w:tcW w:w="8986" w:type="dxa"/>
            <w:tcBorders>
              <w:top w:val="single" w:sz="6" w:space="0" w:color="AAB4C0"/>
              <w:left w:val="single" w:sz="6" w:space="0" w:color="AAB4C0"/>
              <w:bottom w:val="single" w:sz="6" w:space="0" w:color="AAB4C0"/>
              <w:right w:val="single" w:sz="6" w:space="0" w:color="AAB4C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5D1A1A" w14:textId="77777777" w:rsidR="00992D5C" w:rsidRDefault="00992D5C" w:rsidP="00992D5C">
            <w:pPr>
              <w:spacing w:line="360" w:lineRule="auto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227DB1F4" w14:textId="77777777" w:rsidR="00992D5C" w:rsidRDefault="00992D5C" w:rsidP="00992D5C">
            <w:pPr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5FCA6EC4" w14:textId="4B20A0B3" w:rsidR="00992D5C" w:rsidRDefault="00992D5C" w:rsidP="00992D5C">
            <w:r>
              <w:rPr>
                <w:color w:val="777777"/>
                <w:sz w:val="18"/>
              </w:rPr>
              <w:t>..........................................................................................................................................................................</w:t>
            </w:r>
          </w:p>
        </w:tc>
      </w:tr>
    </w:tbl>
    <w:p w14:paraId="7C2C2632" w14:textId="77777777" w:rsidR="004A3E4E" w:rsidRDefault="004A3E4E">
      <w:pPr>
        <w:spacing w:after="20"/>
      </w:pPr>
    </w:p>
    <w:p w14:paraId="44C240AD" w14:textId="063BD08B" w:rsidR="004A3E4E" w:rsidRDefault="004A3E4E">
      <w:pPr>
        <w:spacing w:before="80"/>
        <w:jc w:val="center"/>
      </w:pPr>
    </w:p>
    <w:p w14:paraId="6B381811" w14:textId="77777777" w:rsidR="004A3E4E" w:rsidRDefault="00000000">
      <w:r>
        <w:br w:type="page"/>
      </w:r>
    </w:p>
    <w:p w14:paraId="6200419B" w14:textId="3DC1E2AC" w:rsidR="004A3E4E" w:rsidRDefault="004A3E4E">
      <w:pPr>
        <w:spacing w:after="8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050"/>
      </w:tblGrid>
      <w:tr w:rsidR="004A3E4E" w14:paraId="401295C6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A2A5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3EE1B3D8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24"/>
              </w:rPr>
              <w:t>ZADANIE 2.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3BD4BD1" w14:textId="77777777" w:rsidR="004A3E4E" w:rsidRDefault="00000000">
            <w:r>
              <w:rPr>
                <w:b/>
                <w:color w:val="111111"/>
                <w:sz w:val="20"/>
              </w:rPr>
              <w:t>Na podstawie artykułu „Początki kolei na Pomorzu Zachodnim” ustal, od kiedy można było podróżować koleją ze Szczecina do Berlina?</w:t>
            </w:r>
          </w:p>
        </w:tc>
      </w:tr>
    </w:tbl>
    <w:p w14:paraId="2408A8B8" w14:textId="77777777" w:rsidR="004A3E4E" w:rsidRDefault="004A3E4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4A3E4E" w14:paraId="65F67811" w14:textId="77777777" w:rsidTr="00992D5C">
        <w:trPr>
          <w:trHeight w:val="656"/>
          <w:jc w:val="center"/>
        </w:trPr>
        <w:tc>
          <w:tcPr>
            <w:tcW w:w="10546" w:type="dxa"/>
            <w:tcBorders>
              <w:top w:val="single" w:sz="10" w:space="0" w:color="0A2A56"/>
              <w:left w:val="single" w:sz="10" w:space="0" w:color="0A2A56"/>
              <w:bottom w:val="single" w:sz="10" w:space="0" w:color="0A2A56"/>
              <w:right w:val="single" w:sz="10" w:space="0" w:color="0A2A56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D63A378" w14:textId="77777777" w:rsidR="00992D5C" w:rsidRDefault="00992D5C">
            <w:pPr>
              <w:spacing w:after="140"/>
              <w:rPr>
                <w:color w:val="666666"/>
                <w:sz w:val="18"/>
              </w:rPr>
            </w:pPr>
          </w:p>
          <w:p w14:paraId="52C18ACB" w14:textId="738D813E" w:rsidR="004A3E4E" w:rsidRDefault="00000000">
            <w:pPr>
              <w:spacing w:after="140"/>
            </w:pPr>
            <w:r>
              <w:rPr>
                <w:color w:val="666666"/>
                <w:sz w:val="18"/>
              </w:rPr>
              <w:t>...........</w:t>
            </w:r>
            <w:r w:rsidR="00992D5C">
              <w:rPr>
                <w:color w:val="666666"/>
                <w:sz w:val="18"/>
              </w:rPr>
              <w:t>.......................................................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</w:t>
            </w:r>
          </w:p>
        </w:tc>
      </w:tr>
    </w:tbl>
    <w:p w14:paraId="3B691AB7" w14:textId="77777777" w:rsidR="004A3E4E" w:rsidRDefault="004A3E4E">
      <w:pPr>
        <w:spacing w:after="1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050"/>
      </w:tblGrid>
      <w:tr w:rsidR="004A3E4E" w14:paraId="02254F58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A2A56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4A329F98" w14:textId="77777777" w:rsidR="004A3E4E" w:rsidRDefault="00000000">
            <w:pPr>
              <w:jc w:val="center"/>
            </w:pPr>
            <w:r>
              <w:rPr>
                <w:rFonts w:ascii="Aptos Display" w:hAnsi="Aptos Display"/>
                <w:b/>
                <w:color w:val="FFFFFF"/>
                <w:sz w:val="24"/>
              </w:rPr>
              <w:t>ZADANIE 3.</w:t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3215E24" w14:textId="77777777" w:rsidR="004A3E4E" w:rsidRDefault="00000000">
            <w:r>
              <w:rPr>
                <w:b/>
                <w:color w:val="111111"/>
                <w:sz w:val="20"/>
              </w:rPr>
              <w:t>Na podstawie artykułów „Początki kolei do 1918 r.” oraz „Kolej na Pomorzu Zachodnim w I poł. XX w. (do 1945 r.)” oraz wiedzy własnej wyjaśnij, jak zmieniło się życie ludzi dzięki kolei.</w:t>
            </w:r>
          </w:p>
        </w:tc>
      </w:tr>
    </w:tbl>
    <w:p w14:paraId="6C618249" w14:textId="77777777" w:rsidR="004A3E4E" w:rsidRDefault="004A3E4E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4A3E4E" w14:paraId="149EDF09" w14:textId="77777777">
        <w:trPr>
          <w:trHeight w:val="7541"/>
          <w:jc w:val="center"/>
        </w:trPr>
        <w:tc>
          <w:tcPr>
            <w:tcW w:w="10546" w:type="dxa"/>
            <w:tcBorders>
              <w:top w:val="single" w:sz="10" w:space="0" w:color="0A2A56"/>
              <w:left w:val="single" w:sz="10" w:space="0" w:color="0A2A56"/>
              <w:bottom w:val="single" w:sz="10" w:space="0" w:color="0A2A56"/>
              <w:right w:val="single" w:sz="10" w:space="0" w:color="0A2A56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3D027E0" w14:textId="7ADE1DB2" w:rsidR="004A3E4E" w:rsidRDefault="00000000" w:rsidP="00992D5C">
            <w:pPr>
              <w:spacing w:line="360" w:lineRule="auto"/>
            </w:pPr>
            <w:r>
              <w:rPr>
                <w:color w:val="666666"/>
                <w:sz w:val="18"/>
              </w:rPr>
              <w:t>............</w:t>
            </w:r>
            <w:r w:rsidR="00992D5C">
              <w:rPr>
                <w:color w:val="666666"/>
                <w:sz w:val="18"/>
              </w:rPr>
              <w:t>......................................................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</w:t>
            </w:r>
          </w:p>
          <w:p w14:paraId="440C7F95" w14:textId="77777777" w:rsidR="004A3E4E" w:rsidRDefault="00992D5C" w:rsidP="00992D5C">
            <w:pPr>
              <w:spacing w:line="360" w:lineRule="auto"/>
              <w:rPr>
                <w:color w:val="666666"/>
                <w:sz w:val="18"/>
              </w:rPr>
            </w:pP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5187E8C7" w14:textId="77777777" w:rsidR="00992D5C" w:rsidRDefault="00992D5C" w:rsidP="00992D5C">
            <w:pPr>
              <w:spacing w:line="360" w:lineRule="auto"/>
              <w:rPr>
                <w:color w:val="666666"/>
                <w:sz w:val="18"/>
              </w:rPr>
            </w:pP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14:paraId="61299DFD" w14:textId="4EE6CCAF" w:rsidR="00992D5C" w:rsidRDefault="00992D5C" w:rsidP="00992D5C">
            <w:pPr>
              <w:spacing w:line="360" w:lineRule="auto"/>
            </w:pP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666666"/>
                <w:sz w:val="18"/>
              </w:rPr>
              <w:t xml:space="preserve"> </w:t>
            </w:r>
            <w:r>
              <w:rPr>
                <w:color w:val="666666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DDF13DE" w14:textId="77777777" w:rsidR="004A3E4E" w:rsidRDefault="004A3E4E">
      <w:pPr>
        <w:spacing w:after="60"/>
      </w:pPr>
    </w:p>
    <w:p w14:paraId="6209FCF2" w14:textId="77777777" w:rsidR="004A3E4E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8521F68" wp14:editId="518B922D">
            <wp:extent cx="6228000" cy="65031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l_bottom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65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E4E" w:rsidSect="00034616">
      <w:pgSz w:w="11906" w:h="16838"/>
      <w:pgMar w:top="510" w:right="680" w:bottom="39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0622750">
    <w:abstractNumId w:val="8"/>
  </w:num>
  <w:num w:numId="2" w16cid:durableId="480462176">
    <w:abstractNumId w:val="6"/>
  </w:num>
  <w:num w:numId="3" w16cid:durableId="99617352">
    <w:abstractNumId w:val="5"/>
  </w:num>
  <w:num w:numId="4" w16cid:durableId="1524199326">
    <w:abstractNumId w:val="4"/>
  </w:num>
  <w:num w:numId="5" w16cid:durableId="979382874">
    <w:abstractNumId w:val="7"/>
  </w:num>
  <w:num w:numId="6" w16cid:durableId="1957716656">
    <w:abstractNumId w:val="3"/>
  </w:num>
  <w:num w:numId="7" w16cid:durableId="1189099142">
    <w:abstractNumId w:val="2"/>
  </w:num>
  <w:num w:numId="8" w16cid:durableId="1178616933">
    <w:abstractNumId w:val="1"/>
  </w:num>
  <w:num w:numId="9" w16cid:durableId="60142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3E4E"/>
    <w:rsid w:val="005D652D"/>
    <w:rsid w:val="00992D5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AA6E4"/>
  <w14:defaultImageDpi w14:val="300"/>
  <w15:docId w15:val="{44DC3EA9-19CB-4C62-8F8D-47C7D064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1485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Adam Makowski</cp:lastModifiedBy>
  <cp:revision>2</cp:revision>
  <dcterms:created xsi:type="dcterms:W3CDTF">2026-08-31T10:14:00Z</dcterms:created>
  <dcterms:modified xsi:type="dcterms:W3CDTF">2026-08-31T10:14:00Z</dcterms:modified>
  <cp:category/>
</cp:coreProperties>
</file>