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03"/>
      </w:tblGrid>
      <w:tr w:rsidR="00AF797E" w14:paraId="0EE421C4" w14:textId="77777777" w:rsidTr="005C0C34">
        <w:trPr>
          <w:jc w:val="center"/>
        </w:trPr>
        <w:tc>
          <w:tcPr>
            <w:tcW w:w="11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2076F" w14:textId="3AD08B0F" w:rsidR="00AF797E" w:rsidRDefault="00AF797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738361" wp14:editId="038424A4">
                  <wp:extent cx="7044055" cy="1920875"/>
                  <wp:effectExtent l="0" t="0" r="4445" b="3175"/>
                  <wp:docPr id="89205161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051613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4055" cy="192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C2380D" w14:textId="77777777" w:rsidR="003D5829" w:rsidRDefault="003D5829">
      <w:pPr>
        <w:spacing w:after="20"/>
      </w:pPr>
    </w:p>
    <w:tbl>
      <w:tblPr>
        <w:tblW w:w="4348" w:type="pct"/>
        <w:jc w:val="center"/>
        <w:tblLook w:val="04A0" w:firstRow="1" w:lastRow="0" w:firstColumn="1" w:lastColumn="0" w:noHBand="0" w:noVBand="1"/>
      </w:tblPr>
      <w:tblGrid>
        <w:gridCol w:w="2213"/>
        <w:gridCol w:w="7581"/>
      </w:tblGrid>
      <w:tr w:rsidR="00AF797E" w14:paraId="50D59BB6" w14:textId="77777777" w:rsidTr="00B6655E">
        <w:trPr>
          <w:trHeight w:val="340"/>
          <w:jc w:val="center"/>
        </w:trPr>
        <w:tc>
          <w:tcPr>
            <w:tcW w:w="2268" w:type="dxa"/>
            <w:shd w:val="clear" w:color="auto" w:fill="0B347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6E39A" w14:textId="77777777" w:rsidR="00AF797E" w:rsidRPr="00B6655E" w:rsidRDefault="00AF797E" w:rsidP="000650A3">
            <w:pPr>
              <w:jc w:val="center"/>
              <w:rPr>
                <w:sz w:val="28"/>
                <w:szCs w:val="28"/>
              </w:rPr>
            </w:pPr>
            <w:r w:rsidRPr="00B6655E">
              <w:rPr>
                <w:b/>
                <w:color w:val="FFFFFF"/>
                <w:sz w:val="28"/>
                <w:szCs w:val="28"/>
              </w:rPr>
              <w:t>ZADANIE 1</w:t>
            </w:r>
          </w:p>
        </w:tc>
        <w:tc>
          <w:tcPr>
            <w:tcW w:w="79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65773" w14:textId="48ADEDD4" w:rsidR="00AF797E" w:rsidRDefault="00AF797E" w:rsidP="000650A3">
            <w:pPr>
              <w:rPr>
                <w:b/>
              </w:rPr>
            </w:pPr>
            <w:r w:rsidRPr="007576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Na </w:t>
            </w:r>
            <w:proofErr w:type="spellStart"/>
            <w:r w:rsidRPr="007576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podstawie</w:t>
            </w:r>
            <w:proofErr w:type="spellEnd"/>
            <w:r w:rsidRPr="007576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tematu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 </w:t>
            </w:r>
            <w:proofErr w:type="spellStart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ciemności</w:t>
            </w:r>
            <w:proofErr w:type="spellEnd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ku</w:t>
            </w:r>
            <w:proofErr w:type="spellEnd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światłości</w:t>
            </w:r>
            <w:proofErr w:type="spellEnd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sztuka</w:t>
            </w:r>
            <w:proofErr w:type="spellEnd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romańska</w:t>
            </w:r>
            <w:proofErr w:type="spellEnd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proofErr w:type="spellStart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gotycka</w:t>
            </w:r>
            <w:proofErr w:type="spellEnd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</w:t>
            </w:r>
            <w:proofErr w:type="spellEnd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ziemiach</w:t>
            </w:r>
            <w:proofErr w:type="spellEnd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6D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polskich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6D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zamieszczonego</w:t>
            </w:r>
            <w:proofErr w:type="spellEnd"/>
            <w:r w:rsidRPr="00FA6D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6D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  <w:proofErr w:type="spellEnd"/>
            <w:r w:rsidRPr="00FA6D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6D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Zintegr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FA6D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wanej</w:t>
            </w:r>
            <w:proofErr w:type="spellEnd"/>
            <w:r w:rsidRPr="00FA6D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6D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Platformie</w:t>
            </w:r>
            <w:proofErr w:type="spellEnd"/>
            <w:r w:rsidRPr="00FA6D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6D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Edukacyjnej</w:t>
            </w:r>
            <w:proofErr w:type="spellEnd"/>
            <w:r>
              <w:rPr>
                <w:rStyle w:val="Odwoanieprzypisudolnego"/>
                <w:rFonts w:ascii="Times New Roman" w:hAnsi="Times New Roman" w:cs="Times New Roman"/>
                <w:color w:val="000000"/>
                <w:sz w:val="24"/>
                <w:szCs w:val="24"/>
              </w:rPr>
              <w:footnoteReference w:id="1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uzupełnij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poniższą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tabelę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b/>
              </w:rPr>
              <w:t>.</w:t>
            </w:r>
          </w:p>
        </w:tc>
      </w:tr>
    </w:tbl>
    <w:p w14:paraId="7531CF9E" w14:textId="77777777" w:rsidR="00AF797E" w:rsidRDefault="00AF797E">
      <w:pPr>
        <w:spacing w:after="20"/>
      </w:pPr>
    </w:p>
    <w:p w14:paraId="230DE995" w14:textId="77777777" w:rsidR="00AF797E" w:rsidRDefault="00AF797E">
      <w:pPr>
        <w:spacing w:after="20"/>
      </w:pPr>
    </w:p>
    <w:tbl>
      <w:tblPr>
        <w:tblW w:w="5000" w:type="pct"/>
        <w:jc w:val="center"/>
        <w:tblBorders>
          <w:top w:val="single" w:sz="7" w:space="0" w:color="082B68"/>
          <w:left w:val="single" w:sz="7" w:space="0" w:color="082B68"/>
          <w:bottom w:val="single" w:sz="7" w:space="0" w:color="082B68"/>
          <w:right w:val="single" w:sz="7" w:space="0" w:color="082B68"/>
          <w:insideH w:val="single" w:sz="7" w:space="0" w:color="082B68"/>
          <w:insideV w:val="single" w:sz="7" w:space="0" w:color="082B68"/>
        </w:tblBorders>
        <w:tblLayout w:type="fixed"/>
        <w:tblLook w:val="04A0" w:firstRow="1" w:lastRow="0" w:firstColumn="1" w:lastColumn="0" w:noHBand="0" w:noVBand="1"/>
      </w:tblPr>
      <w:tblGrid>
        <w:gridCol w:w="3188"/>
        <w:gridCol w:w="4113"/>
        <w:gridCol w:w="3942"/>
      </w:tblGrid>
      <w:tr w:rsidR="003D5829" w14:paraId="56B3BA57" w14:textId="77777777" w:rsidTr="004B0A1E">
        <w:trPr>
          <w:trHeight w:val="531"/>
          <w:jc w:val="center"/>
        </w:trPr>
        <w:tc>
          <w:tcPr>
            <w:tcW w:w="1418" w:type="pct"/>
            <w:shd w:val="clear" w:color="auto" w:fill="082B6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AC185D" w14:textId="77777777" w:rsidR="003D5829" w:rsidRDefault="003D5829">
            <w:pPr>
              <w:jc w:val="center"/>
            </w:pPr>
          </w:p>
        </w:tc>
        <w:tc>
          <w:tcPr>
            <w:tcW w:w="1829" w:type="pct"/>
            <w:shd w:val="clear" w:color="auto" w:fill="082B6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2F59FD" w14:textId="77777777" w:rsidR="003D5829" w:rsidRDefault="00000000">
            <w:pPr>
              <w:jc w:val="center"/>
            </w:pPr>
            <w:r>
              <w:rPr>
                <w:rFonts w:ascii="Georgia" w:hAnsi="Georgia"/>
                <w:b/>
                <w:color w:val="FFFFFF"/>
                <w:sz w:val="23"/>
              </w:rPr>
              <w:t xml:space="preserve">Styl </w:t>
            </w:r>
            <w:proofErr w:type="spellStart"/>
            <w:r>
              <w:rPr>
                <w:rFonts w:ascii="Georgia" w:hAnsi="Georgia"/>
                <w:b/>
                <w:color w:val="FFFFFF"/>
                <w:sz w:val="23"/>
              </w:rPr>
              <w:t>romański</w:t>
            </w:r>
            <w:proofErr w:type="spellEnd"/>
          </w:p>
        </w:tc>
        <w:tc>
          <w:tcPr>
            <w:tcW w:w="1754" w:type="pct"/>
            <w:shd w:val="clear" w:color="auto" w:fill="082B6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9C0D37" w14:textId="77777777" w:rsidR="003D5829" w:rsidRDefault="00000000">
            <w:pPr>
              <w:jc w:val="center"/>
            </w:pPr>
            <w:r>
              <w:rPr>
                <w:rFonts w:ascii="Georgia" w:hAnsi="Georgia"/>
                <w:b/>
                <w:color w:val="FFFFFF"/>
                <w:sz w:val="23"/>
              </w:rPr>
              <w:t xml:space="preserve">Styl </w:t>
            </w:r>
            <w:proofErr w:type="spellStart"/>
            <w:r>
              <w:rPr>
                <w:rFonts w:ascii="Georgia" w:hAnsi="Georgia"/>
                <w:b/>
                <w:color w:val="FFFFFF"/>
                <w:sz w:val="23"/>
              </w:rPr>
              <w:t>gotycki</w:t>
            </w:r>
            <w:proofErr w:type="spellEnd"/>
          </w:p>
        </w:tc>
      </w:tr>
      <w:tr w:rsidR="00AF797E" w14:paraId="30E9E572" w14:textId="77777777" w:rsidTr="004B0A1E">
        <w:trPr>
          <w:trHeight w:val="851"/>
          <w:jc w:val="center"/>
        </w:trPr>
        <w:tc>
          <w:tcPr>
            <w:tcW w:w="1418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80080C2" w14:textId="77777777" w:rsidR="00AF797E" w:rsidRPr="00AF797E" w:rsidRDefault="00AF797E" w:rsidP="00AF797E">
            <w:pPr>
              <w:rPr>
                <w:sz w:val="24"/>
                <w:szCs w:val="24"/>
              </w:rPr>
            </w:pPr>
            <w:r w:rsidRPr="00AF797E">
              <w:rPr>
                <w:b/>
                <w:color w:val="082B68"/>
                <w:sz w:val="24"/>
                <w:szCs w:val="24"/>
              </w:rPr>
              <w:t xml:space="preserve">◷  </w:t>
            </w:r>
            <w:proofErr w:type="spellStart"/>
            <w:r w:rsidRPr="00AF797E">
              <w:rPr>
                <w:b/>
                <w:color w:val="082B68"/>
                <w:sz w:val="24"/>
                <w:szCs w:val="24"/>
              </w:rPr>
              <w:t>Czas</w:t>
            </w:r>
            <w:proofErr w:type="spellEnd"/>
            <w:r w:rsidRPr="00AF797E">
              <w:rPr>
                <w:b/>
                <w:color w:val="082B68"/>
                <w:sz w:val="24"/>
                <w:szCs w:val="24"/>
              </w:rPr>
              <w:t xml:space="preserve"> </w:t>
            </w:r>
            <w:proofErr w:type="spellStart"/>
            <w:r w:rsidRPr="00AF797E">
              <w:rPr>
                <w:b/>
                <w:color w:val="082B68"/>
                <w:sz w:val="24"/>
                <w:szCs w:val="24"/>
              </w:rPr>
              <w:t>rozwoju</w:t>
            </w:r>
            <w:proofErr w:type="spellEnd"/>
          </w:p>
        </w:tc>
        <w:tc>
          <w:tcPr>
            <w:tcW w:w="1829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58748F" w14:textId="580EC43A" w:rsidR="00AF797E" w:rsidRPr="00AF797E" w:rsidRDefault="00AF797E" w:rsidP="00AF797E">
            <w:pPr>
              <w:rPr>
                <w:sz w:val="24"/>
                <w:szCs w:val="24"/>
              </w:rPr>
            </w:pPr>
          </w:p>
        </w:tc>
        <w:tc>
          <w:tcPr>
            <w:tcW w:w="1754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A7C62E0" w14:textId="6D39A8D4" w:rsidR="00AF797E" w:rsidRPr="00AF797E" w:rsidRDefault="00AF797E" w:rsidP="00AF797E">
            <w:pPr>
              <w:rPr>
                <w:sz w:val="24"/>
                <w:szCs w:val="24"/>
              </w:rPr>
            </w:pPr>
          </w:p>
        </w:tc>
      </w:tr>
      <w:tr w:rsidR="00AF797E" w14:paraId="2776FD26" w14:textId="77777777" w:rsidTr="004B0A1E">
        <w:trPr>
          <w:trHeight w:val="851"/>
          <w:jc w:val="center"/>
        </w:trPr>
        <w:tc>
          <w:tcPr>
            <w:tcW w:w="1418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814177D" w14:textId="77777777" w:rsidR="00AF797E" w:rsidRPr="00AF797E" w:rsidRDefault="00AF797E" w:rsidP="00AF797E">
            <w:pPr>
              <w:rPr>
                <w:sz w:val="24"/>
                <w:szCs w:val="24"/>
              </w:rPr>
            </w:pPr>
            <w:r w:rsidRPr="00AF797E">
              <w:rPr>
                <w:b/>
                <w:color w:val="082B68"/>
                <w:sz w:val="24"/>
                <w:szCs w:val="24"/>
              </w:rPr>
              <w:t xml:space="preserve">▦  </w:t>
            </w:r>
            <w:proofErr w:type="spellStart"/>
            <w:r w:rsidRPr="00AF797E">
              <w:rPr>
                <w:b/>
                <w:color w:val="082B68"/>
                <w:sz w:val="24"/>
                <w:szCs w:val="24"/>
              </w:rPr>
              <w:t>Materiał</w:t>
            </w:r>
            <w:proofErr w:type="spellEnd"/>
            <w:r w:rsidRPr="00AF797E">
              <w:rPr>
                <w:b/>
                <w:color w:val="082B68"/>
                <w:sz w:val="24"/>
                <w:szCs w:val="24"/>
              </w:rPr>
              <w:t xml:space="preserve"> </w:t>
            </w:r>
            <w:proofErr w:type="spellStart"/>
            <w:r w:rsidRPr="00AF797E">
              <w:rPr>
                <w:b/>
                <w:color w:val="082B68"/>
                <w:sz w:val="24"/>
                <w:szCs w:val="24"/>
              </w:rPr>
              <w:t>wykorzystywany</w:t>
            </w:r>
            <w:proofErr w:type="spellEnd"/>
            <w:r w:rsidRPr="00AF797E">
              <w:rPr>
                <w:b/>
                <w:color w:val="082B68"/>
                <w:sz w:val="24"/>
                <w:szCs w:val="24"/>
              </w:rPr>
              <w:br/>
              <w:t xml:space="preserve">do </w:t>
            </w:r>
            <w:proofErr w:type="spellStart"/>
            <w:r w:rsidRPr="00AF797E">
              <w:rPr>
                <w:b/>
                <w:color w:val="082B68"/>
                <w:sz w:val="24"/>
                <w:szCs w:val="24"/>
              </w:rPr>
              <w:t>budowy</w:t>
            </w:r>
            <w:proofErr w:type="spellEnd"/>
          </w:p>
        </w:tc>
        <w:tc>
          <w:tcPr>
            <w:tcW w:w="1829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D5DE6A" w14:textId="6ABF42D5" w:rsidR="00AF797E" w:rsidRPr="00AF797E" w:rsidRDefault="00AF797E" w:rsidP="00AF797E">
            <w:pPr>
              <w:rPr>
                <w:sz w:val="24"/>
                <w:szCs w:val="24"/>
              </w:rPr>
            </w:pPr>
          </w:p>
        </w:tc>
        <w:tc>
          <w:tcPr>
            <w:tcW w:w="1754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8C277B5" w14:textId="498ABE9C" w:rsidR="00AF797E" w:rsidRPr="00AF797E" w:rsidRDefault="00AF797E" w:rsidP="00AF797E">
            <w:pPr>
              <w:rPr>
                <w:sz w:val="24"/>
                <w:szCs w:val="24"/>
              </w:rPr>
            </w:pPr>
          </w:p>
        </w:tc>
      </w:tr>
      <w:tr w:rsidR="00AF797E" w14:paraId="44E0D9BC" w14:textId="77777777" w:rsidTr="004B0A1E">
        <w:trPr>
          <w:trHeight w:val="851"/>
          <w:jc w:val="center"/>
        </w:trPr>
        <w:tc>
          <w:tcPr>
            <w:tcW w:w="1418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ADA5C98" w14:textId="0F20DF19" w:rsidR="00AF797E" w:rsidRPr="00AF797E" w:rsidRDefault="00AF797E" w:rsidP="00AF797E">
            <w:pPr>
              <w:rPr>
                <w:sz w:val="24"/>
                <w:szCs w:val="24"/>
              </w:rPr>
            </w:pPr>
            <w:r w:rsidRPr="00AF797E">
              <w:rPr>
                <w:b/>
                <w:color w:val="082B68"/>
                <w:sz w:val="24"/>
                <w:szCs w:val="24"/>
              </w:rPr>
              <w:t xml:space="preserve">✚  Plan, </w:t>
            </w:r>
            <w:proofErr w:type="spellStart"/>
            <w:r w:rsidRPr="00AF797E">
              <w:rPr>
                <w:b/>
                <w:color w:val="082B68"/>
                <w:sz w:val="24"/>
                <w:szCs w:val="24"/>
              </w:rPr>
              <w:t>na</w:t>
            </w:r>
            <w:proofErr w:type="spellEnd"/>
            <w:r w:rsidRPr="00AF797E">
              <w:rPr>
                <w:b/>
                <w:color w:val="082B68"/>
                <w:sz w:val="24"/>
                <w:szCs w:val="24"/>
              </w:rPr>
              <w:t xml:space="preserve"> </w:t>
            </w:r>
            <w:proofErr w:type="spellStart"/>
            <w:r w:rsidRPr="00AF797E">
              <w:rPr>
                <w:b/>
                <w:color w:val="082B68"/>
                <w:sz w:val="24"/>
                <w:szCs w:val="24"/>
              </w:rPr>
              <w:t>którym</w:t>
            </w:r>
            <w:proofErr w:type="spellEnd"/>
            <w:r w:rsidRPr="00AF797E">
              <w:rPr>
                <w:b/>
                <w:color w:val="082B68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82B68"/>
                <w:sz w:val="24"/>
                <w:szCs w:val="24"/>
              </w:rPr>
              <w:t>b</w:t>
            </w:r>
            <w:r w:rsidRPr="00AF797E">
              <w:rPr>
                <w:b/>
                <w:color w:val="082B68"/>
                <w:sz w:val="24"/>
                <w:szCs w:val="24"/>
              </w:rPr>
              <w:t>udowano</w:t>
            </w:r>
            <w:proofErr w:type="spellEnd"/>
            <w:r>
              <w:rPr>
                <w:b/>
                <w:color w:val="082B68"/>
                <w:sz w:val="24"/>
                <w:szCs w:val="24"/>
              </w:rPr>
              <w:t xml:space="preserve"> </w:t>
            </w:r>
            <w:proofErr w:type="spellStart"/>
            <w:r w:rsidRPr="00AF797E">
              <w:rPr>
                <w:b/>
                <w:color w:val="082B68"/>
                <w:sz w:val="24"/>
                <w:szCs w:val="24"/>
              </w:rPr>
              <w:t>kościoły</w:t>
            </w:r>
            <w:proofErr w:type="spellEnd"/>
          </w:p>
        </w:tc>
        <w:tc>
          <w:tcPr>
            <w:tcW w:w="1829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1EF920" w14:textId="63E2BD57" w:rsidR="00AF797E" w:rsidRPr="00AF797E" w:rsidRDefault="00AF797E" w:rsidP="00AF797E">
            <w:pPr>
              <w:rPr>
                <w:sz w:val="24"/>
                <w:szCs w:val="24"/>
              </w:rPr>
            </w:pPr>
          </w:p>
        </w:tc>
        <w:tc>
          <w:tcPr>
            <w:tcW w:w="1754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D482C86" w14:textId="4673CF41" w:rsidR="00AF797E" w:rsidRPr="00AF797E" w:rsidRDefault="00AF797E" w:rsidP="00AF797E">
            <w:pPr>
              <w:rPr>
                <w:sz w:val="24"/>
                <w:szCs w:val="24"/>
              </w:rPr>
            </w:pPr>
          </w:p>
        </w:tc>
      </w:tr>
      <w:tr w:rsidR="00AF797E" w14:paraId="18B2E121" w14:textId="77777777" w:rsidTr="004B0A1E">
        <w:trPr>
          <w:trHeight w:val="851"/>
          <w:jc w:val="center"/>
        </w:trPr>
        <w:tc>
          <w:tcPr>
            <w:tcW w:w="1418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10DDEF6" w14:textId="77777777" w:rsidR="00AF797E" w:rsidRPr="00AF797E" w:rsidRDefault="00AF797E" w:rsidP="00AF797E">
            <w:pPr>
              <w:rPr>
                <w:sz w:val="24"/>
                <w:szCs w:val="24"/>
              </w:rPr>
            </w:pPr>
            <w:r w:rsidRPr="00AF797E">
              <w:rPr>
                <w:b/>
                <w:color w:val="082B68"/>
                <w:sz w:val="24"/>
                <w:szCs w:val="24"/>
              </w:rPr>
              <w:t>▥  Okna</w:t>
            </w:r>
          </w:p>
        </w:tc>
        <w:tc>
          <w:tcPr>
            <w:tcW w:w="1829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C2F38CB" w14:textId="4E3C5EAD" w:rsidR="00AF797E" w:rsidRPr="00AF797E" w:rsidRDefault="00AF797E" w:rsidP="00AF797E">
            <w:pPr>
              <w:rPr>
                <w:sz w:val="24"/>
                <w:szCs w:val="24"/>
              </w:rPr>
            </w:pPr>
          </w:p>
        </w:tc>
        <w:tc>
          <w:tcPr>
            <w:tcW w:w="1754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A28AC8" w14:textId="22B32919" w:rsidR="00AF797E" w:rsidRPr="00AF797E" w:rsidRDefault="00AF797E" w:rsidP="00AF797E">
            <w:pPr>
              <w:rPr>
                <w:sz w:val="24"/>
                <w:szCs w:val="24"/>
              </w:rPr>
            </w:pPr>
          </w:p>
        </w:tc>
      </w:tr>
      <w:tr w:rsidR="00AF797E" w14:paraId="50C38A75" w14:textId="77777777" w:rsidTr="004B0A1E">
        <w:trPr>
          <w:trHeight w:val="851"/>
          <w:jc w:val="center"/>
        </w:trPr>
        <w:tc>
          <w:tcPr>
            <w:tcW w:w="1418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1736F3E" w14:textId="77777777" w:rsidR="00AF797E" w:rsidRPr="00AF797E" w:rsidRDefault="00AF797E" w:rsidP="00AF797E">
            <w:pPr>
              <w:rPr>
                <w:sz w:val="24"/>
                <w:szCs w:val="24"/>
              </w:rPr>
            </w:pPr>
            <w:r w:rsidRPr="00AF797E">
              <w:rPr>
                <w:b/>
                <w:color w:val="082B68"/>
                <w:sz w:val="24"/>
                <w:szCs w:val="24"/>
              </w:rPr>
              <w:t>▤  Mury</w:t>
            </w:r>
          </w:p>
        </w:tc>
        <w:tc>
          <w:tcPr>
            <w:tcW w:w="1829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47F5ADA" w14:textId="5AAC2AC3" w:rsidR="00AF797E" w:rsidRPr="00AF797E" w:rsidRDefault="00AF797E" w:rsidP="00AF797E">
            <w:pPr>
              <w:rPr>
                <w:sz w:val="24"/>
                <w:szCs w:val="24"/>
              </w:rPr>
            </w:pPr>
          </w:p>
        </w:tc>
        <w:tc>
          <w:tcPr>
            <w:tcW w:w="1754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4CD3DAB" w14:textId="7D08EE55" w:rsidR="00AF797E" w:rsidRPr="00AF797E" w:rsidRDefault="00AF797E" w:rsidP="00AF797E">
            <w:pPr>
              <w:rPr>
                <w:sz w:val="24"/>
                <w:szCs w:val="24"/>
              </w:rPr>
            </w:pPr>
          </w:p>
        </w:tc>
      </w:tr>
      <w:tr w:rsidR="00AF797E" w14:paraId="38EFF99D" w14:textId="77777777" w:rsidTr="004B0A1E">
        <w:trPr>
          <w:trHeight w:val="851"/>
          <w:jc w:val="center"/>
        </w:trPr>
        <w:tc>
          <w:tcPr>
            <w:tcW w:w="1418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8A39353" w14:textId="77777777" w:rsidR="00AF797E" w:rsidRPr="00AF797E" w:rsidRDefault="00AF797E" w:rsidP="00AF797E">
            <w:pPr>
              <w:rPr>
                <w:sz w:val="24"/>
                <w:szCs w:val="24"/>
              </w:rPr>
            </w:pPr>
            <w:r w:rsidRPr="00AF797E">
              <w:rPr>
                <w:b/>
                <w:color w:val="082B68"/>
                <w:sz w:val="24"/>
                <w:szCs w:val="24"/>
              </w:rPr>
              <w:t>⌂  Układ wnętrza</w:t>
            </w:r>
          </w:p>
        </w:tc>
        <w:tc>
          <w:tcPr>
            <w:tcW w:w="1829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657DBC7" w14:textId="5DE23F7F" w:rsidR="00AF797E" w:rsidRPr="00AF797E" w:rsidRDefault="00AF797E" w:rsidP="00AF797E">
            <w:pPr>
              <w:rPr>
                <w:sz w:val="24"/>
                <w:szCs w:val="24"/>
              </w:rPr>
            </w:pPr>
          </w:p>
        </w:tc>
        <w:tc>
          <w:tcPr>
            <w:tcW w:w="1754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972840" w14:textId="19F16CA9" w:rsidR="00AF797E" w:rsidRPr="00AF797E" w:rsidRDefault="00AF797E" w:rsidP="00AF797E">
            <w:pPr>
              <w:rPr>
                <w:sz w:val="24"/>
                <w:szCs w:val="24"/>
              </w:rPr>
            </w:pPr>
          </w:p>
        </w:tc>
      </w:tr>
      <w:tr w:rsidR="00AF797E" w14:paraId="2E3CCF0F" w14:textId="77777777" w:rsidTr="004B0A1E">
        <w:trPr>
          <w:trHeight w:val="851"/>
          <w:jc w:val="center"/>
        </w:trPr>
        <w:tc>
          <w:tcPr>
            <w:tcW w:w="1418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47D81F" w14:textId="77777777" w:rsidR="00AF797E" w:rsidRPr="00AF797E" w:rsidRDefault="00AF797E" w:rsidP="00AF797E">
            <w:pPr>
              <w:rPr>
                <w:sz w:val="24"/>
                <w:szCs w:val="24"/>
              </w:rPr>
            </w:pPr>
            <w:r w:rsidRPr="00AF797E">
              <w:rPr>
                <w:b/>
                <w:color w:val="082B68"/>
                <w:sz w:val="24"/>
                <w:szCs w:val="24"/>
              </w:rPr>
              <w:t>▣  Funkcje budowli</w:t>
            </w:r>
          </w:p>
        </w:tc>
        <w:tc>
          <w:tcPr>
            <w:tcW w:w="1829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43B002C" w14:textId="74DA13E2" w:rsidR="00AF797E" w:rsidRPr="00AF797E" w:rsidRDefault="00AF797E" w:rsidP="00AF797E">
            <w:pPr>
              <w:rPr>
                <w:sz w:val="24"/>
                <w:szCs w:val="24"/>
              </w:rPr>
            </w:pPr>
          </w:p>
        </w:tc>
        <w:tc>
          <w:tcPr>
            <w:tcW w:w="1754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824277" w14:textId="4BAADC81" w:rsidR="00AF797E" w:rsidRPr="00AF797E" w:rsidRDefault="00AF797E" w:rsidP="00AF797E">
            <w:pPr>
              <w:rPr>
                <w:sz w:val="24"/>
                <w:szCs w:val="24"/>
              </w:rPr>
            </w:pPr>
          </w:p>
        </w:tc>
      </w:tr>
      <w:tr w:rsidR="00AF797E" w14:paraId="43AB1C79" w14:textId="77777777" w:rsidTr="004B0A1E">
        <w:trPr>
          <w:trHeight w:val="2289"/>
          <w:jc w:val="center"/>
        </w:trPr>
        <w:tc>
          <w:tcPr>
            <w:tcW w:w="1418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E047A4" w14:textId="74FDA38D" w:rsidR="00AF797E" w:rsidRPr="00AF797E" w:rsidRDefault="00AF797E" w:rsidP="00AF797E">
            <w:pPr>
              <w:rPr>
                <w:sz w:val="24"/>
                <w:szCs w:val="24"/>
              </w:rPr>
            </w:pPr>
            <w:proofErr w:type="spellStart"/>
            <w:r w:rsidRPr="00AF797E">
              <w:rPr>
                <w:b/>
                <w:color w:val="082B68"/>
                <w:sz w:val="24"/>
                <w:szCs w:val="24"/>
              </w:rPr>
              <w:t>Wymień</w:t>
            </w:r>
            <w:proofErr w:type="spellEnd"/>
            <w:r w:rsidRPr="00AF797E">
              <w:rPr>
                <w:b/>
                <w:color w:val="082B68"/>
                <w:sz w:val="24"/>
                <w:szCs w:val="24"/>
              </w:rPr>
              <w:t xml:space="preserve"> po </w:t>
            </w:r>
            <w:proofErr w:type="spellStart"/>
            <w:r w:rsidRPr="00AF797E">
              <w:rPr>
                <w:b/>
                <w:color w:val="082B68"/>
                <w:sz w:val="24"/>
                <w:szCs w:val="24"/>
              </w:rPr>
              <w:t>trzy</w:t>
            </w:r>
            <w:proofErr w:type="spellEnd"/>
            <w:r>
              <w:rPr>
                <w:b/>
                <w:color w:val="082B68"/>
                <w:sz w:val="24"/>
                <w:szCs w:val="24"/>
              </w:rPr>
              <w:t xml:space="preserve"> </w:t>
            </w:r>
            <w:proofErr w:type="spellStart"/>
            <w:r w:rsidRPr="00AF797E">
              <w:rPr>
                <w:b/>
                <w:color w:val="082B68"/>
                <w:sz w:val="24"/>
                <w:szCs w:val="24"/>
              </w:rPr>
              <w:t>przykłady</w:t>
            </w:r>
            <w:proofErr w:type="spellEnd"/>
            <w:r>
              <w:rPr>
                <w:b/>
                <w:color w:val="082B68"/>
                <w:sz w:val="24"/>
                <w:szCs w:val="24"/>
              </w:rPr>
              <w:t xml:space="preserve"> </w:t>
            </w:r>
            <w:proofErr w:type="spellStart"/>
            <w:r w:rsidRPr="00AF797E">
              <w:rPr>
                <w:b/>
                <w:color w:val="082B68"/>
                <w:sz w:val="24"/>
                <w:szCs w:val="24"/>
              </w:rPr>
              <w:t>budowli</w:t>
            </w:r>
            <w:proofErr w:type="spellEnd"/>
            <w:r w:rsidRPr="00AF797E">
              <w:rPr>
                <w:b/>
                <w:color w:val="082B68"/>
                <w:sz w:val="24"/>
                <w:szCs w:val="24"/>
              </w:rPr>
              <w:t xml:space="preserve"> w </w:t>
            </w:r>
            <w:proofErr w:type="spellStart"/>
            <w:r w:rsidRPr="00AF797E">
              <w:rPr>
                <w:b/>
                <w:color w:val="082B68"/>
                <w:sz w:val="24"/>
                <w:szCs w:val="24"/>
              </w:rPr>
              <w:t>stylu</w:t>
            </w:r>
            <w:proofErr w:type="spellEnd"/>
            <w:r w:rsidRPr="00AF797E">
              <w:rPr>
                <w:b/>
                <w:color w:val="082B68"/>
                <w:sz w:val="24"/>
                <w:szCs w:val="24"/>
              </w:rPr>
              <w:t xml:space="preserve"> </w:t>
            </w:r>
            <w:proofErr w:type="spellStart"/>
            <w:r w:rsidRPr="00AF797E">
              <w:rPr>
                <w:b/>
                <w:color w:val="082B68"/>
                <w:sz w:val="24"/>
                <w:szCs w:val="24"/>
              </w:rPr>
              <w:t>romańskim</w:t>
            </w:r>
            <w:proofErr w:type="spellEnd"/>
            <w:r w:rsidRPr="00AF797E">
              <w:rPr>
                <w:b/>
                <w:color w:val="082B68"/>
                <w:sz w:val="24"/>
                <w:szCs w:val="24"/>
              </w:rPr>
              <w:br/>
              <w:t>i stylu gotyckim w Polsce</w:t>
            </w:r>
          </w:p>
        </w:tc>
        <w:tc>
          <w:tcPr>
            <w:tcW w:w="1829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0294C92" w14:textId="10063BD4" w:rsidR="00AF797E" w:rsidRPr="00AF797E" w:rsidRDefault="00AF797E" w:rsidP="004B0A1E">
            <w:pPr>
              <w:spacing w:line="480" w:lineRule="auto"/>
              <w:rPr>
                <w:sz w:val="24"/>
                <w:szCs w:val="24"/>
              </w:rPr>
            </w:pPr>
            <w:r w:rsidRPr="00AF797E">
              <w:rPr>
                <w:color w:val="000000"/>
                <w:sz w:val="24"/>
                <w:szCs w:val="24"/>
              </w:rPr>
              <w:t>1.  ........................</w:t>
            </w:r>
            <w:r w:rsidR="004B0A1E">
              <w:rPr>
                <w:color w:val="000000"/>
                <w:sz w:val="24"/>
                <w:szCs w:val="24"/>
              </w:rPr>
              <w:t>......</w:t>
            </w:r>
            <w:r w:rsidRPr="00AF797E">
              <w:rPr>
                <w:color w:val="000000"/>
                <w:sz w:val="24"/>
                <w:szCs w:val="24"/>
              </w:rPr>
              <w:t>.......................</w:t>
            </w:r>
            <w:r w:rsidRPr="00AF797E">
              <w:rPr>
                <w:color w:val="000000"/>
                <w:sz w:val="24"/>
                <w:szCs w:val="24"/>
              </w:rPr>
              <w:br/>
              <w:t>2.  .............................</w:t>
            </w:r>
            <w:r w:rsidR="004B0A1E">
              <w:rPr>
                <w:color w:val="000000"/>
                <w:sz w:val="24"/>
                <w:szCs w:val="24"/>
              </w:rPr>
              <w:t>......</w:t>
            </w:r>
            <w:r w:rsidRPr="00AF797E">
              <w:rPr>
                <w:color w:val="000000"/>
                <w:sz w:val="24"/>
                <w:szCs w:val="24"/>
              </w:rPr>
              <w:t>..................</w:t>
            </w:r>
            <w:r w:rsidRPr="00AF797E">
              <w:rPr>
                <w:color w:val="000000"/>
                <w:sz w:val="24"/>
                <w:szCs w:val="24"/>
              </w:rPr>
              <w:br/>
              <w:t>3.  .....................................................</w:t>
            </w:r>
          </w:p>
        </w:tc>
        <w:tc>
          <w:tcPr>
            <w:tcW w:w="1754" w:type="pct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B6B6FC1" w14:textId="023FD0E9" w:rsidR="00AF797E" w:rsidRPr="00AF797E" w:rsidRDefault="00AF797E" w:rsidP="004B0A1E">
            <w:pPr>
              <w:spacing w:line="480" w:lineRule="auto"/>
              <w:rPr>
                <w:sz w:val="24"/>
                <w:szCs w:val="24"/>
              </w:rPr>
            </w:pPr>
            <w:r w:rsidRPr="00AF797E">
              <w:rPr>
                <w:color w:val="000000"/>
                <w:sz w:val="24"/>
                <w:szCs w:val="24"/>
              </w:rPr>
              <w:t>1.  ..................................................</w:t>
            </w:r>
            <w:r w:rsidRPr="00AF797E">
              <w:rPr>
                <w:color w:val="000000"/>
                <w:sz w:val="24"/>
                <w:szCs w:val="24"/>
              </w:rPr>
              <w:br/>
              <w:t>2.  ..................................................</w:t>
            </w:r>
            <w:r w:rsidRPr="00AF797E">
              <w:rPr>
                <w:color w:val="000000"/>
                <w:sz w:val="24"/>
                <w:szCs w:val="24"/>
              </w:rPr>
              <w:br/>
              <w:t>3.  ..................................................</w:t>
            </w:r>
          </w:p>
        </w:tc>
      </w:tr>
    </w:tbl>
    <w:p w14:paraId="09503875" w14:textId="77777777" w:rsidR="00B6655E" w:rsidRDefault="00B6655E">
      <w:pPr>
        <w:jc w:val="right"/>
        <w:rPr>
          <w:b/>
          <w:color w:val="082B68"/>
        </w:rPr>
      </w:pPr>
    </w:p>
    <w:p w14:paraId="4599BAF5" w14:textId="77777777" w:rsidR="00B6655E" w:rsidRDefault="00B6655E">
      <w:pPr>
        <w:jc w:val="right"/>
        <w:rPr>
          <w:b/>
          <w:color w:val="082B68"/>
        </w:rPr>
      </w:pPr>
    </w:p>
    <w:p w14:paraId="3F8861AE" w14:textId="77777777" w:rsidR="00B6655E" w:rsidRDefault="00B6655E">
      <w:pPr>
        <w:jc w:val="right"/>
        <w:rPr>
          <w:b/>
          <w:color w:val="082B68"/>
        </w:rPr>
      </w:pPr>
    </w:p>
    <w:p w14:paraId="2D6BA4EB" w14:textId="77777777" w:rsidR="00B6655E" w:rsidRDefault="00B6655E">
      <w:pPr>
        <w:jc w:val="right"/>
        <w:rPr>
          <w:b/>
          <w:color w:val="082B68"/>
        </w:rPr>
      </w:pPr>
    </w:p>
    <w:p w14:paraId="1B7F7536" w14:textId="368A0330" w:rsidR="00B6655E" w:rsidRDefault="00B6655E" w:rsidP="00B6655E">
      <w:pPr>
        <w:spacing w:after="10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938"/>
      </w:tblGrid>
      <w:tr w:rsidR="00B6655E" w14:paraId="71A2DF95" w14:textId="77777777" w:rsidTr="00B6655E">
        <w:trPr>
          <w:jc w:val="center"/>
        </w:trPr>
        <w:tc>
          <w:tcPr>
            <w:tcW w:w="2268" w:type="dxa"/>
            <w:shd w:val="clear" w:color="auto" w:fill="0B2D6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C05E01" w14:textId="77777777" w:rsidR="00B6655E" w:rsidRPr="00B6655E" w:rsidRDefault="00B6655E" w:rsidP="000650A3">
            <w:pPr>
              <w:jc w:val="center"/>
              <w:rPr>
                <w:sz w:val="28"/>
                <w:szCs w:val="28"/>
              </w:rPr>
            </w:pPr>
            <w:r w:rsidRPr="00B6655E">
              <w:rPr>
                <w:b/>
                <w:color w:val="FFFFFF"/>
                <w:sz w:val="28"/>
                <w:szCs w:val="28"/>
              </w:rPr>
              <w:t>ZADANIE 2</w:t>
            </w:r>
          </w:p>
        </w:tc>
        <w:tc>
          <w:tcPr>
            <w:tcW w:w="7938" w:type="dxa"/>
            <w:tcMar>
              <w:top w:w="30" w:type="dxa"/>
              <w:left w:w="140" w:type="dxa"/>
              <w:bottom w:w="20" w:type="dxa"/>
              <w:right w:w="40" w:type="dxa"/>
            </w:tcMar>
          </w:tcPr>
          <w:p w14:paraId="05E3077C" w14:textId="77777777" w:rsidR="00B6655E" w:rsidRPr="00B6655E" w:rsidRDefault="00B6655E" w:rsidP="00B665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Określ</w:t>
            </w:r>
            <w:proofErr w:type="spellEnd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styl</w:t>
            </w:r>
            <w:proofErr w:type="spellEnd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budowli</w:t>
            </w:r>
            <w:proofErr w:type="spellEnd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przedstawionej</w:t>
            </w:r>
            <w:proofErr w:type="spellEnd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fotografiach</w:t>
            </w:r>
            <w:proofErr w:type="spellEnd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Uzasadnij</w:t>
            </w:r>
            <w:proofErr w:type="spellEnd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odpowiedź</w:t>
            </w:r>
            <w:proofErr w:type="spellEnd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odwołując</w:t>
            </w:r>
            <w:proofErr w:type="spellEnd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się</w:t>
            </w:r>
            <w:proofErr w:type="spellEnd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 </w:t>
            </w: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typowych</w:t>
            </w:r>
            <w:proofErr w:type="spellEnd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elementów</w:t>
            </w:r>
            <w:proofErr w:type="spellEnd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tego</w:t>
            </w:r>
            <w:proofErr w:type="spellEnd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stylu</w:t>
            </w:r>
            <w:proofErr w:type="spellEnd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widocznych</w:t>
            </w:r>
            <w:proofErr w:type="spellEnd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fotografiach</w:t>
            </w:r>
            <w:proofErr w:type="spellEnd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14:paraId="10685889" w14:textId="77777777" w:rsidR="00B6655E" w:rsidRDefault="00B6655E" w:rsidP="00B6655E"/>
    <w:tbl>
      <w:tblPr>
        <w:tblW w:w="11168" w:type="dxa"/>
        <w:tblLayout w:type="fixed"/>
        <w:tblLook w:val="04A0" w:firstRow="1" w:lastRow="0" w:firstColumn="1" w:lastColumn="0" w:noHBand="0" w:noVBand="1"/>
      </w:tblPr>
      <w:tblGrid>
        <w:gridCol w:w="5584"/>
        <w:gridCol w:w="5584"/>
      </w:tblGrid>
      <w:tr w:rsidR="00B6655E" w14:paraId="468BC565" w14:textId="77777777" w:rsidTr="000530BC">
        <w:tc>
          <w:tcPr>
            <w:tcW w:w="558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19278F" w14:textId="3ADDA185" w:rsidR="00B6655E" w:rsidRDefault="00B6655E" w:rsidP="000650A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AE3597" wp14:editId="5C4ADCD0">
                  <wp:extent cx="3294000" cy="2988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4000" cy="29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0F5DBB" w14:textId="77777777" w:rsidR="00B6655E" w:rsidRDefault="00B6655E" w:rsidP="000650A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05F42D" wp14:editId="6275294E">
                  <wp:extent cx="3294000" cy="2988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4000" cy="29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A8A75C" w14:textId="59E157BD" w:rsidR="000530BC" w:rsidRPr="000530BC" w:rsidRDefault="000530BC" w:rsidP="000530BC">
      <w:pPr>
        <w:spacing w:after="20" w:line="480" w:lineRule="auto"/>
        <w:rPr>
          <w:sz w:val="24"/>
          <w:szCs w:val="24"/>
        </w:rPr>
      </w:pPr>
      <w:r w:rsidRPr="000530BC">
        <w:rPr>
          <w:sz w:val="24"/>
          <w:szCs w:val="24"/>
        </w:rPr>
        <w:t>........................................................................................................................</w:t>
      </w:r>
      <w:r>
        <w:rPr>
          <w:sz w:val="24"/>
          <w:szCs w:val="24"/>
        </w:rPr>
        <w:t>.........</w:t>
      </w:r>
      <w:r w:rsidRPr="000530BC">
        <w:rPr>
          <w:sz w:val="24"/>
          <w:szCs w:val="24"/>
        </w:rPr>
        <w:t>................................</w:t>
      </w:r>
      <w:r w:rsidRPr="000530BC">
        <w:rPr>
          <w:sz w:val="24"/>
          <w:szCs w:val="24"/>
        </w:rPr>
        <w:t xml:space="preserve"> </w:t>
      </w:r>
      <w:r w:rsidRPr="000530BC">
        <w:rPr>
          <w:sz w:val="24"/>
          <w:szCs w:val="24"/>
        </w:rPr>
        <w:t>........................................................................................................................</w:t>
      </w:r>
      <w:r>
        <w:rPr>
          <w:sz w:val="24"/>
          <w:szCs w:val="24"/>
        </w:rPr>
        <w:t>.........</w:t>
      </w:r>
      <w:r w:rsidRPr="000530BC">
        <w:rPr>
          <w:sz w:val="24"/>
          <w:szCs w:val="24"/>
        </w:rPr>
        <w:t>................................</w:t>
      </w:r>
      <w:r w:rsidRPr="000530BC">
        <w:rPr>
          <w:sz w:val="24"/>
          <w:szCs w:val="24"/>
        </w:rPr>
        <w:t xml:space="preserve"> </w:t>
      </w:r>
      <w:r w:rsidRPr="000530BC">
        <w:rPr>
          <w:sz w:val="24"/>
          <w:szCs w:val="24"/>
        </w:rPr>
        <w:t>........................................................................................................................</w:t>
      </w:r>
      <w:r>
        <w:rPr>
          <w:sz w:val="24"/>
          <w:szCs w:val="24"/>
        </w:rPr>
        <w:t>.........</w:t>
      </w:r>
      <w:r w:rsidRPr="000530BC">
        <w:rPr>
          <w:sz w:val="24"/>
          <w:szCs w:val="24"/>
        </w:rPr>
        <w:t>................................</w:t>
      </w:r>
      <w:r w:rsidRPr="000530BC">
        <w:rPr>
          <w:sz w:val="24"/>
          <w:szCs w:val="24"/>
        </w:rPr>
        <w:t xml:space="preserve"> </w:t>
      </w:r>
      <w:r w:rsidRPr="000530BC">
        <w:rPr>
          <w:sz w:val="24"/>
          <w:szCs w:val="24"/>
        </w:rPr>
        <w:t>........................................................................................................................</w:t>
      </w:r>
      <w:r>
        <w:rPr>
          <w:sz w:val="24"/>
          <w:szCs w:val="24"/>
        </w:rPr>
        <w:t>.........</w:t>
      </w:r>
      <w:r w:rsidRPr="000530BC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</w:t>
      </w:r>
      <w:r>
        <w:rPr>
          <w:sz w:val="24"/>
          <w:szCs w:val="24"/>
        </w:rPr>
        <w:t>.........</w:t>
      </w:r>
      <w:r w:rsidRPr="000530BC">
        <w:rPr>
          <w:sz w:val="24"/>
          <w:szCs w:val="24"/>
        </w:rPr>
        <w:t>.........</w:t>
      </w:r>
    </w:p>
    <w:p w14:paraId="40CC273E" w14:textId="77777777" w:rsidR="00B6655E" w:rsidRDefault="00B6655E" w:rsidP="00B6655E">
      <w:pPr>
        <w:rPr>
          <w:sz w:val="18"/>
        </w:rPr>
      </w:pPr>
    </w:p>
    <w:p w14:paraId="6FF1F92B" w14:textId="77777777" w:rsidR="00B6655E" w:rsidRDefault="00B6655E" w:rsidP="00B6655E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938"/>
      </w:tblGrid>
      <w:tr w:rsidR="00B6655E" w14:paraId="70D2617D" w14:textId="77777777" w:rsidTr="00B6655E">
        <w:trPr>
          <w:jc w:val="center"/>
        </w:trPr>
        <w:tc>
          <w:tcPr>
            <w:tcW w:w="2268" w:type="dxa"/>
            <w:shd w:val="clear" w:color="auto" w:fill="0B2D6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4E7181" w14:textId="77777777" w:rsidR="00B6655E" w:rsidRPr="00B6655E" w:rsidRDefault="00B6655E" w:rsidP="000650A3">
            <w:pPr>
              <w:jc w:val="center"/>
              <w:rPr>
                <w:sz w:val="28"/>
                <w:szCs w:val="28"/>
              </w:rPr>
            </w:pPr>
            <w:r w:rsidRPr="00B6655E">
              <w:rPr>
                <w:b/>
                <w:color w:val="FFFFFF"/>
                <w:sz w:val="28"/>
                <w:szCs w:val="28"/>
              </w:rPr>
              <w:t>ZADANIE 3</w:t>
            </w:r>
          </w:p>
        </w:tc>
        <w:tc>
          <w:tcPr>
            <w:tcW w:w="7938" w:type="dxa"/>
            <w:tcMar>
              <w:top w:w="30" w:type="dxa"/>
              <w:left w:w="140" w:type="dxa"/>
              <w:bottom w:w="20" w:type="dxa"/>
              <w:right w:w="40" w:type="dxa"/>
            </w:tcMar>
          </w:tcPr>
          <w:p w14:paraId="486549F0" w14:textId="77777777" w:rsidR="00B6655E" w:rsidRPr="00B6655E" w:rsidRDefault="00B6655E" w:rsidP="00B66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Na </w:t>
            </w: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podstawie</w:t>
            </w:r>
            <w:proofErr w:type="spellEnd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6655E">
              <w:rPr>
                <w:rFonts w:ascii="Times New Roman" w:hAnsi="Times New Roman" w:cs="Times New Roman"/>
                <w:bCs/>
                <w:sz w:val="24"/>
                <w:szCs w:val="24"/>
              </w:rPr>
              <w:t>artykułu</w:t>
            </w:r>
            <w:proofErr w:type="spellEnd"/>
            <w:r w:rsidRPr="00B66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</w:t>
            </w:r>
            <w:proofErr w:type="spellStart"/>
            <w:r w:rsidRPr="00B6655E">
              <w:rPr>
                <w:rFonts w:ascii="Times New Roman" w:hAnsi="Times New Roman" w:cs="Times New Roman"/>
                <w:b/>
                <w:sz w:val="24"/>
                <w:szCs w:val="24"/>
              </w:rPr>
              <w:t>Kościół</w:t>
            </w:r>
            <w:proofErr w:type="spellEnd"/>
            <w:r w:rsidRPr="00B665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Mariacki w Stargardzie” </w:t>
            </w:r>
            <w:proofErr w:type="spellStart"/>
            <w:r w:rsidRPr="00B6655E">
              <w:rPr>
                <w:rFonts w:ascii="Times New Roman" w:hAnsi="Times New Roman" w:cs="Times New Roman"/>
                <w:b/>
                <w:sz w:val="24"/>
                <w:szCs w:val="24"/>
              </w:rPr>
              <w:t>ustal</w:t>
            </w:r>
            <w:proofErr w:type="spellEnd"/>
            <w:r w:rsidRPr="00B6655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</w:tbl>
    <w:p w14:paraId="51F2E86D" w14:textId="77777777" w:rsidR="00B6655E" w:rsidRDefault="00B6655E" w:rsidP="00B6655E"/>
    <w:p w14:paraId="4E137E95" w14:textId="77777777" w:rsidR="000530BC" w:rsidRPr="000530BC" w:rsidRDefault="000530BC" w:rsidP="000530BC">
      <w:pPr>
        <w:spacing w:after="60" w:line="480" w:lineRule="auto"/>
        <w:rPr>
          <w:sz w:val="24"/>
          <w:szCs w:val="24"/>
        </w:rPr>
      </w:pPr>
      <w:r w:rsidRPr="000530BC">
        <w:rPr>
          <w:b/>
          <w:sz w:val="24"/>
          <w:szCs w:val="24"/>
        </w:rPr>
        <w:t xml:space="preserve">a.   </w:t>
      </w:r>
      <w:r w:rsidRPr="000530BC">
        <w:rPr>
          <w:sz w:val="24"/>
          <w:szCs w:val="24"/>
        </w:rPr>
        <w:t xml:space="preserve">pod </w:t>
      </w:r>
      <w:proofErr w:type="spellStart"/>
      <w:r w:rsidRPr="000530BC">
        <w:rPr>
          <w:sz w:val="24"/>
          <w:szCs w:val="24"/>
        </w:rPr>
        <w:t>jakim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wezwaniem</w:t>
      </w:r>
      <w:proofErr w:type="spellEnd"/>
      <w:r w:rsidRPr="000530BC">
        <w:rPr>
          <w:sz w:val="24"/>
          <w:szCs w:val="24"/>
        </w:rPr>
        <w:t xml:space="preserve"> jest </w:t>
      </w:r>
      <w:proofErr w:type="spellStart"/>
      <w:r w:rsidRPr="000530BC">
        <w:rPr>
          <w:sz w:val="24"/>
          <w:szCs w:val="24"/>
        </w:rPr>
        <w:t>kościół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widoczny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na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fotografii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i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gdzie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się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znajduje</w:t>
      </w:r>
      <w:proofErr w:type="spellEnd"/>
      <w:r w:rsidRPr="000530BC">
        <w:rPr>
          <w:sz w:val="24"/>
          <w:szCs w:val="24"/>
        </w:rPr>
        <w:t>.</w:t>
      </w:r>
    </w:p>
    <w:p w14:paraId="01909729" w14:textId="1F75646E" w:rsidR="000530BC" w:rsidRDefault="000530BC" w:rsidP="000530BC">
      <w:pPr>
        <w:spacing w:after="20" w:line="480" w:lineRule="auto"/>
        <w:rPr>
          <w:sz w:val="24"/>
          <w:szCs w:val="24"/>
        </w:rPr>
      </w:pPr>
      <w:r w:rsidRPr="000530BC">
        <w:rPr>
          <w:sz w:val="24"/>
          <w:szCs w:val="24"/>
        </w:rPr>
        <w:t>........................................................................................................................</w:t>
      </w:r>
      <w:r>
        <w:rPr>
          <w:sz w:val="24"/>
          <w:szCs w:val="24"/>
        </w:rPr>
        <w:t>.........</w:t>
      </w:r>
      <w:r w:rsidRPr="000530BC">
        <w:rPr>
          <w:sz w:val="24"/>
          <w:szCs w:val="24"/>
        </w:rPr>
        <w:t>................................</w:t>
      </w:r>
      <w:r>
        <w:rPr>
          <w:sz w:val="24"/>
          <w:szCs w:val="24"/>
        </w:rPr>
        <w:t xml:space="preserve"> </w:t>
      </w:r>
    </w:p>
    <w:p w14:paraId="61323754" w14:textId="77777777" w:rsidR="000530BC" w:rsidRPr="000530BC" w:rsidRDefault="000530BC" w:rsidP="000530BC">
      <w:pPr>
        <w:spacing w:after="60" w:line="480" w:lineRule="auto"/>
        <w:rPr>
          <w:sz w:val="24"/>
          <w:szCs w:val="24"/>
        </w:rPr>
      </w:pPr>
      <w:r w:rsidRPr="000530BC">
        <w:rPr>
          <w:b/>
          <w:sz w:val="24"/>
          <w:szCs w:val="24"/>
        </w:rPr>
        <w:t xml:space="preserve">b.   </w:t>
      </w:r>
      <w:proofErr w:type="spellStart"/>
      <w:r w:rsidRPr="000530BC">
        <w:rPr>
          <w:sz w:val="24"/>
          <w:szCs w:val="24"/>
        </w:rPr>
        <w:t>kiedy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został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zbudowany</w:t>
      </w:r>
      <w:proofErr w:type="spellEnd"/>
      <w:r w:rsidRPr="000530BC">
        <w:rPr>
          <w:sz w:val="24"/>
          <w:szCs w:val="24"/>
        </w:rPr>
        <w:t>?</w:t>
      </w:r>
    </w:p>
    <w:p w14:paraId="2664EF35" w14:textId="26582AF9" w:rsidR="000530BC" w:rsidRPr="000530BC" w:rsidRDefault="000530BC" w:rsidP="000530BC">
      <w:pPr>
        <w:spacing w:after="60" w:line="480" w:lineRule="auto"/>
        <w:rPr>
          <w:sz w:val="24"/>
          <w:szCs w:val="24"/>
        </w:rPr>
      </w:pPr>
      <w:r w:rsidRPr="000530BC">
        <w:rPr>
          <w:sz w:val="24"/>
          <w:szCs w:val="24"/>
        </w:rPr>
        <w:t>........................................................................................................................</w:t>
      </w:r>
      <w:r>
        <w:rPr>
          <w:sz w:val="24"/>
          <w:szCs w:val="24"/>
        </w:rPr>
        <w:t>.........</w:t>
      </w:r>
      <w:r w:rsidRPr="000530BC">
        <w:rPr>
          <w:sz w:val="24"/>
          <w:szCs w:val="24"/>
        </w:rPr>
        <w:t>................................</w:t>
      </w:r>
      <w:r>
        <w:rPr>
          <w:sz w:val="24"/>
          <w:szCs w:val="24"/>
        </w:rPr>
        <w:t xml:space="preserve"> </w:t>
      </w:r>
      <w:r w:rsidRPr="000530BC">
        <w:rPr>
          <w:b/>
          <w:sz w:val="24"/>
          <w:szCs w:val="24"/>
        </w:rPr>
        <w:t xml:space="preserve">c.   </w:t>
      </w:r>
      <w:proofErr w:type="spellStart"/>
      <w:r w:rsidRPr="000530BC">
        <w:rPr>
          <w:sz w:val="24"/>
          <w:szCs w:val="24"/>
        </w:rPr>
        <w:t>uzasadnij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tezę</w:t>
      </w:r>
      <w:proofErr w:type="spellEnd"/>
      <w:r w:rsidRPr="000530BC">
        <w:rPr>
          <w:sz w:val="24"/>
          <w:szCs w:val="24"/>
        </w:rPr>
        <w:t xml:space="preserve">, </w:t>
      </w:r>
      <w:proofErr w:type="spellStart"/>
      <w:r w:rsidRPr="000530BC">
        <w:rPr>
          <w:sz w:val="24"/>
          <w:szCs w:val="24"/>
        </w:rPr>
        <w:t>że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przedstawiona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na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fotografii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świątynia</w:t>
      </w:r>
      <w:proofErr w:type="spellEnd"/>
      <w:r w:rsidRPr="000530BC">
        <w:rPr>
          <w:sz w:val="24"/>
          <w:szCs w:val="24"/>
        </w:rPr>
        <w:t xml:space="preserve"> jest </w:t>
      </w:r>
      <w:proofErr w:type="spellStart"/>
      <w:r w:rsidRPr="000530BC">
        <w:rPr>
          <w:sz w:val="24"/>
          <w:szCs w:val="24"/>
        </w:rPr>
        <w:t>jednym</w:t>
      </w:r>
      <w:proofErr w:type="spellEnd"/>
      <w:r w:rsidRPr="000530BC">
        <w:rPr>
          <w:sz w:val="24"/>
          <w:szCs w:val="24"/>
        </w:rPr>
        <w:t xml:space="preserve"> z </w:t>
      </w:r>
      <w:proofErr w:type="spellStart"/>
      <w:r w:rsidRPr="000530BC">
        <w:rPr>
          <w:sz w:val="24"/>
          <w:szCs w:val="24"/>
        </w:rPr>
        <w:t>najcenniejszych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zabytków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na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Pomorzu</w:t>
      </w:r>
      <w:proofErr w:type="spellEnd"/>
      <w:r w:rsidRPr="000530BC">
        <w:rPr>
          <w:sz w:val="24"/>
          <w:szCs w:val="24"/>
        </w:rPr>
        <w:t xml:space="preserve"> </w:t>
      </w:r>
      <w:proofErr w:type="spellStart"/>
      <w:r w:rsidRPr="000530BC">
        <w:rPr>
          <w:sz w:val="24"/>
          <w:szCs w:val="24"/>
        </w:rPr>
        <w:t>Zachodnim</w:t>
      </w:r>
      <w:proofErr w:type="spellEnd"/>
      <w:r w:rsidRPr="000530BC">
        <w:rPr>
          <w:sz w:val="24"/>
          <w:szCs w:val="24"/>
        </w:rPr>
        <w:t>.</w:t>
      </w:r>
    </w:p>
    <w:p w14:paraId="7E036379" w14:textId="77777777" w:rsidR="000530BC" w:rsidRPr="000530BC" w:rsidRDefault="000530BC" w:rsidP="000530BC">
      <w:pPr>
        <w:spacing w:after="20" w:line="480" w:lineRule="auto"/>
        <w:rPr>
          <w:sz w:val="24"/>
          <w:szCs w:val="24"/>
        </w:rPr>
      </w:pPr>
      <w:r w:rsidRPr="000530BC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14:paraId="630C02E7" w14:textId="77777777" w:rsidR="000530BC" w:rsidRPr="000530BC" w:rsidRDefault="000530BC" w:rsidP="000530BC">
      <w:pPr>
        <w:tabs>
          <w:tab w:val="left" w:pos="5584"/>
        </w:tabs>
        <w:spacing w:line="480" w:lineRule="auto"/>
        <w:rPr>
          <w:sz w:val="24"/>
          <w:szCs w:val="24"/>
        </w:rPr>
      </w:pPr>
      <w:r w:rsidRPr="000530BC">
        <w:rPr>
          <w:sz w:val="24"/>
          <w:szCs w:val="24"/>
        </w:rPr>
        <w:t>........................................................................................................................................................</w:t>
      </w:r>
      <w:r w:rsidRPr="000530BC">
        <w:rPr>
          <w:sz w:val="24"/>
          <w:szCs w:val="24"/>
        </w:rPr>
        <w:tab/>
      </w:r>
    </w:p>
    <w:p w14:paraId="6990B950" w14:textId="17E305BF" w:rsidR="003D5829" w:rsidRDefault="003D5829">
      <w:pPr>
        <w:jc w:val="right"/>
      </w:pPr>
    </w:p>
    <w:sectPr w:rsidR="003D5829" w:rsidSect="00034616">
      <w:pgSz w:w="11909" w:h="16834"/>
      <w:pgMar w:top="360" w:right="403" w:bottom="360" w:left="40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94276" w14:textId="77777777" w:rsidR="00AE6B22" w:rsidRDefault="00AE6B22" w:rsidP="00AF797E">
      <w:r>
        <w:separator/>
      </w:r>
    </w:p>
  </w:endnote>
  <w:endnote w:type="continuationSeparator" w:id="0">
    <w:p w14:paraId="14CAFF04" w14:textId="77777777" w:rsidR="00AE6B22" w:rsidRDefault="00AE6B22" w:rsidP="00AF7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848B6" w14:textId="77777777" w:rsidR="00AE6B22" w:rsidRDefault="00AE6B22" w:rsidP="00AF797E">
      <w:r>
        <w:separator/>
      </w:r>
    </w:p>
  </w:footnote>
  <w:footnote w:type="continuationSeparator" w:id="0">
    <w:p w14:paraId="3018D95E" w14:textId="77777777" w:rsidR="00AE6B22" w:rsidRDefault="00AE6B22" w:rsidP="00AF797E">
      <w:r>
        <w:continuationSeparator/>
      </w:r>
    </w:p>
  </w:footnote>
  <w:footnote w:id="1">
    <w:p w14:paraId="5389CC3C" w14:textId="77777777" w:rsidR="00AF797E" w:rsidRDefault="00AF797E" w:rsidP="00AF797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484C1B">
          <w:rPr>
            <w:rStyle w:val="Hipercze"/>
            <w:rFonts w:ascii="Times New Roman" w:hAnsi="Times New Roman" w:cs="Times New Roman"/>
            <w:sz w:val="24"/>
            <w:szCs w:val="24"/>
          </w:rPr>
          <w:t>https://zpe.gov.pl/b/z-ciemnosci-ku-swiatlosci---</w:t>
        </w:r>
        <w:proofErr w:type="spellStart"/>
        <w:r w:rsidRPr="00484C1B">
          <w:rPr>
            <w:rStyle w:val="Hipercze"/>
            <w:rFonts w:ascii="Times New Roman" w:hAnsi="Times New Roman" w:cs="Times New Roman"/>
            <w:sz w:val="24"/>
            <w:szCs w:val="24"/>
          </w:rPr>
          <w:t>sztuka-romanska-i-gotycka-na-ziemiach-polskich</w:t>
        </w:r>
        <w:proofErr w:type="spellEnd"/>
        <w:r w:rsidRPr="00484C1B">
          <w:rPr>
            <w:rStyle w:val="Hipercze"/>
            <w:rFonts w:ascii="Times New Roman" w:hAnsi="Times New Roman" w:cs="Times New Roman"/>
            <w:sz w:val="24"/>
            <w:szCs w:val="24"/>
          </w:rPr>
          <w:t>/PeufhjFD2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985B09"/>
    <w:multiLevelType w:val="hybridMultilevel"/>
    <w:tmpl w:val="DF42A4A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716192">
    <w:abstractNumId w:val="8"/>
  </w:num>
  <w:num w:numId="2" w16cid:durableId="1413087728">
    <w:abstractNumId w:val="6"/>
  </w:num>
  <w:num w:numId="3" w16cid:durableId="1030573007">
    <w:abstractNumId w:val="5"/>
  </w:num>
  <w:num w:numId="4" w16cid:durableId="1049720707">
    <w:abstractNumId w:val="4"/>
  </w:num>
  <w:num w:numId="5" w16cid:durableId="1228568351">
    <w:abstractNumId w:val="7"/>
  </w:num>
  <w:num w:numId="6" w16cid:durableId="1634628746">
    <w:abstractNumId w:val="3"/>
  </w:num>
  <w:num w:numId="7" w16cid:durableId="749619444">
    <w:abstractNumId w:val="2"/>
  </w:num>
  <w:num w:numId="8" w16cid:durableId="1846168690">
    <w:abstractNumId w:val="1"/>
  </w:num>
  <w:num w:numId="9" w16cid:durableId="2048724082">
    <w:abstractNumId w:val="0"/>
  </w:num>
  <w:num w:numId="10" w16cid:durableId="17939852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0BC"/>
    <w:rsid w:val="0006063C"/>
    <w:rsid w:val="000C55A2"/>
    <w:rsid w:val="0015074B"/>
    <w:rsid w:val="0029639D"/>
    <w:rsid w:val="00326F90"/>
    <w:rsid w:val="003D5829"/>
    <w:rsid w:val="004B0A1E"/>
    <w:rsid w:val="00AA1D8D"/>
    <w:rsid w:val="00AE6B22"/>
    <w:rsid w:val="00AF797E"/>
    <w:rsid w:val="00B47730"/>
    <w:rsid w:val="00B6655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CB8C59"/>
  <w14:defaultImageDpi w14:val="300"/>
  <w15:docId w15:val="{C734B549-B11B-40C1-B37F-345FAA144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ptos" w:hAnsi="Aptos"/>
      <w:sz w:val="16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AF797E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F797E"/>
    <w:rPr>
      <w:rFonts w:asciiTheme="minorHAnsi" w:eastAsiaTheme="minorHAnsi" w:hAnsiTheme="minorHAnsi"/>
      <w:kern w:val="2"/>
      <w:sz w:val="20"/>
      <w:szCs w:val="20"/>
      <w:lang w:val="pl-PL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F797E"/>
    <w:rPr>
      <w:rFonts w:eastAsiaTheme="minorHAnsi"/>
      <w:kern w:val="2"/>
      <w:sz w:val="20"/>
      <w:szCs w:val="20"/>
      <w:lang w:val="pl-PL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F79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zpe.gov.pl/b/z-ciemnosci-ku-swiatlosci---sztuka-romanska-i-gotycka-na-ziemiach-polskich/PeufhjFD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389</Words>
  <Characters>2339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Adam Makowski</cp:lastModifiedBy>
  <cp:revision>2</cp:revision>
  <dcterms:created xsi:type="dcterms:W3CDTF">2026-09-23T10:56:00Z</dcterms:created>
  <dcterms:modified xsi:type="dcterms:W3CDTF">2026-09-23T10:56:00Z</dcterms:modified>
  <cp:category/>
</cp:coreProperties>
</file>