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2693"/>
        <w:gridCol w:w="2693"/>
        <w:gridCol w:w="2693"/>
        <w:gridCol w:w="2693"/>
      </w:tblGrid>
      <w:tr w:rsidR="00714AB3" w14:paraId="1C78152C" w14:textId="77777777" w:rsidTr="00F65234">
        <w:trPr>
          <w:trHeight w:val="2552"/>
        </w:trPr>
        <w:tc>
          <w:tcPr>
            <w:tcW w:w="1250" w:type="pct"/>
            <w:gridSpan w:val="3"/>
          </w:tcPr>
          <w:p w14:paraId="4A2EC9DF" w14:textId="77777777" w:rsidR="00714AB3" w:rsidRDefault="00000000">
            <w:pPr>
              <w:jc w:val="center"/>
            </w:pPr>
            <w:r>
              <w:rPr>
                <w:b/>
                <w:sz w:val="26"/>
              </w:rPr>
              <w:t>KARTA PRACY</w:t>
            </w:r>
          </w:p>
          <w:p w14:paraId="00033BFE" w14:textId="5E29B9CB" w:rsidR="00714AB3" w:rsidRDefault="00000000">
            <w:pPr>
              <w:jc w:val="center"/>
            </w:pPr>
            <w:r>
              <w:rPr>
                <w:rFonts w:ascii="Georgia" w:hAnsi="Georgia"/>
                <w:b/>
                <w:sz w:val="48"/>
              </w:rPr>
              <w:t xml:space="preserve">TRZYMAMY STRAŻ NAD ODRĄ </w:t>
            </w:r>
          </w:p>
          <w:p w14:paraId="172139CC" w14:textId="77777777" w:rsidR="00714AB3" w:rsidRDefault="00000000">
            <w:pPr>
              <w:jc w:val="center"/>
            </w:pPr>
            <w:r>
              <w:rPr>
                <w:b/>
                <w:color w:val="A01E1E"/>
                <w:sz w:val="24"/>
              </w:rPr>
              <w:t>Jak budowano pamięć o nowych ziemiach?</w:t>
            </w:r>
          </w:p>
        </w:tc>
        <w:tc>
          <w:tcPr>
            <w:tcW w:w="1250" w:type="pct"/>
            <w:vAlign w:val="center"/>
          </w:tcPr>
          <w:p w14:paraId="70B2F544" w14:textId="681A1802" w:rsidR="00714AB3" w:rsidRDefault="00C80646" w:rsidP="00C80646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C17E4DC" wp14:editId="3077E0BB">
                  <wp:extent cx="708025" cy="1095860"/>
                  <wp:effectExtent l="0" t="0" r="0" b="9525"/>
                  <wp:docPr id="57493234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4932342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450" cy="11027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4AB3" w14:paraId="5F1A99B8" w14:textId="77777777" w:rsidTr="00C76FFB">
        <w:tc>
          <w:tcPr>
            <w:tcW w:w="1250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D10496" w14:textId="24B85FCF" w:rsidR="00714AB3" w:rsidRPr="00C80646" w:rsidRDefault="00C80646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04041E5" wp14:editId="4B4A1305">
                  <wp:extent cx="439200" cy="360000"/>
                  <wp:effectExtent l="0" t="0" r="0" b="2540"/>
                  <wp:docPr id="203585014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585014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2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00000" w:rsidRPr="00C80646">
              <w:rPr>
                <w:b/>
                <w:color w:val="000000"/>
                <w:sz w:val="20"/>
                <w:szCs w:val="20"/>
              </w:rPr>
              <w:br/>
            </w:r>
            <w:proofErr w:type="spellStart"/>
            <w:r w:rsidR="00000000" w:rsidRPr="00C80646">
              <w:rPr>
                <w:b/>
                <w:color w:val="000000"/>
                <w:sz w:val="20"/>
                <w:szCs w:val="20"/>
              </w:rPr>
              <w:t>Powstanie</w:t>
            </w:r>
            <w:proofErr w:type="spellEnd"/>
            <w:r w:rsidR="00000000" w:rsidRPr="00C80646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00000" w:rsidRPr="00C80646">
              <w:rPr>
                <w:b/>
                <w:color w:val="000000"/>
                <w:sz w:val="20"/>
                <w:szCs w:val="20"/>
              </w:rPr>
              <w:t>Tymczasowego</w:t>
            </w:r>
            <w:proofErr w:type="spellEnd"/>
            <w:r w:rsidR="00000000" w:rsidRPr="00C80646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00000" w:rsidRPr="00C80646">
              <w:rPr>
                <w:b/>
                <w:color w:val="000000"/>
                <w:sz w:val="20"/>
                <w:szCs w:val="20"/>
              </w:rPr>
              <w:t>Rządu</w:t>
            </w:r>
            <w:proofErr w:type="spellEnd"/>
            <w:r w:rsidR="00000000" w:rsidRPr="00C80646">
              <w:rPr>
                <w:b/>
                <w:color w:val="000000"/>
                <w:sz w:val="20"/>
                <w:szCs w:val="20"/>
              </w:rPr>
              <w:t xml:space="preserve"> Jedności Narodowej</w:t>
            </w:r>
          </w:p>
        </w:tc>
        <w:tc>
          <w:tcPr>
            <w:tcW w:w="1250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A9D2E5" w14:textId="551C3BA4" w:rsidR="00714AB3" w:rsidRPr="00C80646" w:rsidRDefault="00C80646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728ED0D" wp14:editId="378B3952">
                  <wp:extent cx="576000" cy="360000"/>
                  <wp:effectExtent l="0" t="0" r="0" b="2540"/>
                  <wp:docPr id="1343173806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317380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00000" w:rsidRPr="00C80646">
              <w:rPr>
                <w:b/>
                <w:color w:val="000000"/>
                <w:sz w:val="20"/>
                <w:szCs w:val="20"/>
              </w:rPr>
              <w:br/>
            </w:r>
            <w:proofErr w:type="spellStart"/>
            <w:r w:rsidR="00000000" w:rsidRPr="00C80646">
              <w:rPr>
                <w:b/>
                <w:color w:val="000000"/>
                <w:sz w:val="20"/>
                <w:szCs w:val="20"/>
              </w:rPr>
              <w:t>Manifestacja</w:t>
            </w:r>
            <w:proofErr w:type="spellEnd"/>
            <w:r w:rsidR="00000000" w:rsidRPr="00C80646">
              <w:rPr>
                <w:b/>
                <w:color w:val="000000"/>
                <w:sz w:val="20"/>
                <w:szCs w:val="20"/>
              </w:rPr>
              <w:t xml:space="preserve"> „</w:t>
            </w:r>
            <w:proofErr w:type="spellStart"/>
            <w:r w:rsidR="00000000" w:rsidRPr="00C80646">
              <w:rPr>
                <w:b/>
                <w:color w:val="000000"/>
                <w:sz w:val="20"/>
                <w:szCs w:val="20"/>
              </w:rPr>
              <w:t>Trzymamy</w:t>
            </w:r>
            <w:proofErr w:type="spellEnd"/>
            <w:r w:rsidR="00000000" w:rsidRPr="00C80646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00000" w:rsidRPr="00C80646">
              <w:rPr>
                <w:b/>
                <w:color w:val="000000"/>
                <w:sz w:val="20"/>
                <w:szCs w:val="20"/>
              </w:rPr>
              <w:t>Straż</w:t>
            </w:r>
            <w:proofErr w:type="spellEnd"/>
            <w:r w:rsidR="00000000" w:rsidRPr="00C80646">
              <w:rPr>
                <w:b/>
                <w:color w:val="000000"/>
                <w:sz w:val="20"/>
                <w:szCs w:val="20"/>
              </w:rPr>
              <w:t xml:space="preserve"> nad Odrą”</w:t>
            </w:r>
          </w:p>
        </w:tc>
        <w:tc>
          <w:tcPr>
            <w:tcW w:w="1250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0C8451" w14:textId="6687D173" w:rsidR="00714AB3" w:rsidRPr="00C80646" w:rsidRDefault="00C80646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37B216A" wp14:editId="7322C30C">
                  <wp:extent cx="306000" cy="360000"/>
                  <wp:effectExtent l="0" t="0" r="0" b="2540"/>
                  <wp:docPr id="69712995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7129953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00000" w:rsidRPr="00C80646">
              <w:rPr>
                <w:b/>
                <w:color w:val="000000"/>
                <w:sz w:val="20"/>
                <w:szCs w:val="20"/>
              </w:rPr>
              <w:br/>
              <w:t xml:space="preserve">Referendum </w:t>
            </w:r>
            <w:proofErr w:type="spellStart"/>
            <w:r w:rsidR="00000000" w:rsidRPr="00C80646">
              <w:rPr>
                <w:b/>
                <w:color w:val="000000"/>
                <w:sz w:val="20"/>
                <w:szCs w:val="20"/>
              </w:rPr>
              <w:t>ludowe</w:t>
            </w:r>
            <w:proofErr w:type="spellEnd"/>
          </w:p>
        </w:tc>
        <w:tc>
          <w:tcPr>
            <w:tcW w:w="1250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3CEB44" w14:textId="60151FE8" w:rsidR="00714AB3" w:rsidRPr="00C80646" w:rsidRDefault="00C80646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575E638" wp14:editId="17A18F69">
                  <wp:extent cx="302400" cy="360000"/>
                  <wp:effectExtent l="0" t="0" r="2540" b="2540"/>
                  <wp:docPr id="906866768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6866768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00000" w:rsidRPr="00C80646">
              <w:rPr>
                <w:b/>
                <w:color w:val="000000"/>
                <w:sz w:val="20"/>
                <w:szCs w:val="20"/>
              </w:rPr>
              <w:br/>
            </w:r>
            <w:proofErr w:type="spellStart"/>
            <w:r w:rsidR="00000000" w:rsidRPr="00C80646">
              <w:rPr>
                <w:b/>
                <w:color w:val="000000"/>
                <w:sz w:val="20"/>
                <w:szCs w:val="20"/>
              </w:rPr>
              <w:t>Wybory</w:t>
            </w:r>
            <w:proofErr w:type="spellEnd"/>
            <w:r w:rsidR="00000000" w:rsidRPr="00C80646">
              <w:rPr>
                <w:b/>
                <w:color w:val="000000"/>
                <w:sz w:val="20"/>
                <w:szCs w:val="20"/>
              </w:rPr>
              <w:t xml:space="preserve"> do </w:t>
            </w:r>
            <w:proofErr w:type="spellStart"/>
            <w:r w:rsidR="00000000" w:rsidRPr="00C80646">
              <w:rPr>
                <w:b/>
                <w:color w:val="000000"/>
                <w:sz w:val="20"/>
                <w:szCs w:val="20"/>
              </w:rPr>
              <w:t>Sejmu</w:t>
            </w:r>
            <w:proofErr w:type="spellEnd"/>
            <w:r w:rsidR="00000000" w:rsidRPr="00C80646">
              <w:rPr>
                <w:b/>
                <w:color w:val="000000"/>
                <w:sz w:val="20"/>
                <w:szCs w:val="20"/>
              </w:rPr>
              <w:t xml:space="preserve"> Ustawodawczego</w:t>
            </w:r>
          </w:p>
        </w:tc>
      </w:tr>
      <w:tr w:rsidR="00714AB3" w14:paraId="3BEA5A37" w14:textId="77777777" w:rsidTr="00F65234">
        <w:trPr>
          <w:trHeight w:val="635"/>
        </w:trPr>
        <w:tc>
          <w:tcPr>
            <w:tcW w:w="1250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88182A" w14:textId="77777777" w:rsidR="00714AB3" w:rsidRPr="00C76FFB" w:rsidRDefault="00000000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C76FFB">
              <w:rPr>
                <w:b/>
                <w:color w:val="A01E1E"/>
                <w:sz w:val="24"/>
                <w:szCs w:val="24"/>
              </w:rPr>
              <w:t>czerwiec</w:t>
            </w:r>
            <w:proofErr w:type="spellEnd"/>
            <w:r w:rsidRPr="00C76FFB">
              <w:rPr>
                <w:b/>
                <w:color w:val="A01E1E"/>
                <w:sz w:val="24"/>
                <w:szCs w:val="24"/>
              </w:rPr>
              <w:t xml:space="preserve"> 1945</w:t>
            </w:r>
          </w:p>
        </w:tc>
        <w:tc>
          <w:tcPr>
            <w:tcW w:w="1250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13C172" w14:textId="77777777" w:rsidR="00714AB3" w:rsidRPr="00C76FFB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C76FFB">
              <w:rPr>
                <w:b/>
                <w:color w:val="A01E1E"/>
                <w:sz w:val="24"/>
                <w:szCs w:val="24"/>
              </w:rPr>
              <w:t>kwiecień 1946</w:t>
            </w:r>
          </w:p>
        </w:tc>
        <w:tc>
          <w:tcPr>
            <w:tcW w:w="1250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F12979" w14:textId="77777777" w:rsidR="00714AB3" w:rsidRPr="00C76FFB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C76FFB">
              <w:rPr>
                <w:b/>
                <w:color w:val="A01E1E"/>
                <w:sz w:val="24"/>
                <w:szCs w:val="24"/>
              </w:rPr>
              <w:t>czerwiec 1946</w:t>
            </w:r>
          </w:p>
        </w:tc>
        <w:tc>
          <w:tcPr>
            <w:tcW w:w="1250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D0F8ED" w14:textId="77777777" w:rsidR="00714AB3" w:rsidRPr="00C76FFB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C76FFB">
              <w:rPr>
                <w:b/>
                <w:color w:val="A01E1E"/>
                <w:sz w:val="24"/>
                <w:szCs w:val="24"/>
              </w:rPr>
              <w:t>styczeń 1947</w:t>
            </w:r>
          </w:p>
        </w:tc>
      </w:tr>
      <w:tr w:rsidR="00C80646" w14:paraId="659CD14F" w14:textId="77777777" w:rsidTr="00C76FFB">
        <w:tc>
          <w:tcPr>
            <w:tcW w:w="1250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FCF2BB" w14:textId="77777777" w:rsidR="00C80646" w:rsidRDefault="00C80646">
            <w:pPr>
              <w:spacing w:after="0"/>
              <w:jc w:val="center"/>
              <w:rPr>
                <w:b/>
                <w:color w:val="A01E1E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2503"/>
            </w:tblGrid>
            <w:tr w:rsidR="00C76FFB" w14:paraId="456D520C" w14:textId="77777777" w:rsidTr="00C76FFB">
              <w:tc>
                <w:tcPr>
                  <w:tcW w:w="2722" w:type="dxa"/>
                  <w:shd w:val="clear" w:color="auto" w:fill="C00000"/>
                </w:tcPr>
                <w:p w14:paraId="4C21BD70" w14:textId="5407E943" w:rsidR="00C76FFB" w:rsidRDefault="00C76FFB">
                  <w:pPr>
                    <w:jc w:val="center"/>
                    <w:rPr>
                      <w:b/>
                      <w:color w:val="A01E1E"/>
                    </w:rPr>
                  </w:pPr>
                  <w:r w:rsidRPr="00C76FFB">
                    <w:rPr>
                      <w:b/>
                      <w:color w:val="FFFFFF"/>
                      <w:sz w:val="28"/>
                      <w:szCs w:val="28"/>
                    </w:rPr>
                    <w:t>ZADANIE 1</w:t>
                  </w:r>
                </w:p>
              </w:tc>
            </w:tr>
          </w:tbl>
          <w:p w14:paraId="3328E9A1" w14:textId="77777777" w:rsidR="00C76FFB" w:rsidRDefault="00C76FFB">
            <w:pPr>
              <w:spacing w:after="0"/>
              <w:jc w:val="center"/>
              <w:rPr>
                <w:b/>
                <w:color w:val="A01E1E"/>
              </w:rPr>
            </w:pPr>
          </w:p>
        </w:tc>
        <w:tc>
          <w:tcPr>
            <w:tcW w:w="1250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9790F1" w14:textId="77777777" w:rsidR="00C80646" w:rsidRDefault="00C80646">
            <w:pPr>
              <w:spacing w:after="0"/>
              <w:jc w:val="center"/>
              <w:rPr>
                <w:b/>
                <w:color w:val="A01E1E"/>
              </w:rPr>
            </w:pPr>
          </w:p>
        </w:tc>
        <w:tc>
          <w:tcPr>
            <w:tcW w:w="1250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A04405" w14:textId="77777777" w:rsidR="00C80646" w:rsidRDefault="00C80646">
            <w:pPr>
              <w:spacing w:after="0"/>
              <w:jc w:val="center"/>
              <w:rPr>
                <w:b/>
                <w:color w:val="A01E1E"/>
              </w:rPr>
            </w:pPr>
          </w:p>
        </w:tc>
        <w:tc>
          <w:tcPr>
            <w:tcW w:w="1250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5E3ED2" w14:textId="77777777" w:rsidR="00C80646" w:rsidRDefault="00C80646">
            <w:pPr>
              <w:spacing w:after="0"/>
              <w:jc w:val="center"/>
              <w:rPr>
                <w:b/>
                <w:color w:val="A01E1E"/>
              </w:rPr>
            </w:pPr>
          </w:p>
        </w:tc>
      </w:tr>
    </w:tbl>
    <w:tbl>
      <w:tblPr>
        <w:tblW w:w="11023" w:type="dxa"/>
        <w:tblLayout w:type="fixed"/>
        <w:tblLook w:val="04A0" w:firstRow="1" w:lastRow="0" w:firstColumn="1" w:lastColumn="0" w:noHBand="0" w:noVBand="1"/>
      </w:tblPr>
      <w:tblGrid>
        <w:gridCol w:w="5211"/>
        <w:gridCol w:w="5812"/>
      </w:tblGrid>
      <w:tr w:rsidR="00714AB3" w14:paraId="0DDF63D0" w14:textId="77777777" w:rsidTr="00F858E6">
        <w:trPr>
          <w:trHeight w:val="8586"/>
        </w:trPr>
        <w:tc>
          <w:tcPr>
            <w:tcW w:w="5211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</w:tcPr>
          <w:p w14:paraId="46484AC4" w14:textId="77777777" w:rsidR="00714AB3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1C71792" wp14:editId="7823A9B4">
                  <wp:extent cx="3165432" cy="4318000"/>
                  <wp:effectExtent l="0" t="0" r="0" b="635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.png"/>
                          <pic:cNvPicPr/>
                        </pic:nvPicPr>
                        <pic:blipFill rotWithShape="1">
                          <a:blip r:embed="rId11"/>
                          <a:srcRect l="3897" t="1930" r="-84" b="5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430" cy="43398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E691E43" w14:textId="77777777" w:rsidR="00714AB3" w:rsidRDefault="00000000">
            <w:r>
              <w:rPr>
                <w:sz w:val="14"/>
              </w:rPr>
              <w:t>Źródło: zbiory Książnicy Pomorskiej, Dział Rękopisów, Bronisław Balcerowicz, rkps 865.</w:t>
            </w:r>
          </w:p>
        </w:tc>
        <w:tc>
          <w:tcPr>
            <w:tcW w:w="5812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</w:tcPr>
          <w:p w14:paraId="01BAE11C" w14:textId="77777777" w:rsidR="00714AB3" w:rsidRPr="00C76FFB" w:rsidRDefault="00000000">
            <w:pPr>
              <w:rPr>
                <w:sz w:val="24"/>
                <w:szCs w:val="24"/>
              </w:rPr>
            </w:pPr>
            <w:r w:rsidRPr="00C76FFB">
              <w:rPr>
                <w:b/>
                <w:sz w:val="24"/>
                <w:szCs w:val="24"/>
              </w:rPr>
              <w:t>Wyjaśnij znaczenie propagandowe projektu pomnika „Trzymamy straż nad Odrą”. W odpowiedzi odwołaj się do czterech elementów graficznych makiety.</w:t>
            </w:r>
          </w:p>
          <w:p w14:paraId="795AB0CE" w14:textId="77777777" w:rsidR="00714AB3" w:rsidRPr="00C76FFB" w:rsidRDefault="00000000" w:rsidP="00F65234">
            <w:pPr>
              <w:spacing w:after="0" w:line="360" w:lineRule="auto"/>
              <w:rPr>
                <w:sz w:val="24"/>
                <w:szCs w:val="24"/>
              </w:rPr>
            </w:pPr>
            <w:r w:rsidRPr="00C76FFB">
              <w:rPr>
                <w:b/>
                <w:color w:val="961414"/>
                <w:sz w:val="24"/>
                <w:szCs w:val="24"/>
              </w:rPr>
              <w:t xml:space="preserve">1. </w:t>
            </w:r>
          </w:p>
          <w:p w14:paraId="273DD38A" w14:textId="12FFE353" w:rsidR="00714AB3" w:rsidRPr="00C76FFB" w:rsidRDefault="00000000" w:rsidP="00F65234">
            <w:pPr>
              <w:spacing w:after="0" w:line="360" w:lineRule="auto"/>
              <w:rPr>
                <w:sz w:val="24"/>
                <w:szCs w:val="24"/>
              </w:rPr>
            </w:pPr>
            <w:r w:rsidRPr="00C76FFB">
              <w:rPr>
                <w:sz w:val="24"/>
                <w:szCs w:val="24"/>
              </w:rPr>
              <w:t>..................................................................................</w:t>
            </w:r>
            <w:r w:rsidR="00C76FFB">
              <w:rPr>
                <w:sz w:val="24"/>
                <w:szCs w:val="24"/>
              </w:rPr>
              <w:t>.</w:t>
            </w:r>
          </w:p>
          <w:p w14:paraId="160D67A8" w14:textId="7DC0B12E" w:rsidR="00F65234" w:rsidRDefault="00C76FFB" w:rsidP="00F65234">
            <w:pPr>
              <w:spacing w:after="0" w:line="360" w:lineRule="auto"/>
              <w:rPr>
                <w:sz w:val="24"/>
                <w:szCs w:val="24"/>
              </w:rPr>
            </w:pPr>
            <w:r w:rsidRPr="00C76FFB">
              <w:rPr>
                <w:sz w:val="24"/>
                <w:szCs w:val="24"/>
              </w:rPr>
              <w:t>..................................................................................</w:t>
            </w:r>
            <w:r w:rsidR="00F858E6">
              <w:rPr>
                <w:sz w:val="24"/>
                <w:szCs w:val="24"/>
              </w:rPr>
              <w:t>.</w:t>
            </w:r>
          </w:p>
          <w:p w14:paraId="4D9FC776" w14:textId="645A1D3B" w:rsidR="00714AB3" w:rsidRPr="00C76FFB" w:rsidRDefault="00F65234" w:rsidP="00F65234">
            <w:pPr>
              <w:spacing w:after="0" w:line="360" w:lineRule="auto"/>
              <w:rPr>
                <w:sz w:val="24"/>
                <w:szCs w:val="24"/>
              </w:rPr>
            </w:pPr>
            <w:r w:rsidRPr="00C76FFB">
              <w:rPr>
                <w:sz w:val="24"/>
                <w:szCs w:val="24"/>
              </w:rPr>
              <w:t>..................................................................................</w:t>
            </w:r>
            <w:r w:rsidR="00F858E6">
              <w:rPr>
                <w:sz w:val="24"/>
                <w:szCs w:val="24"/>
              </w:rPr>
              <w:t>.</w:t>
            </w:r>
            <w:r w:rsidR="00000000" w:rsidRPr="00C76FFB">
              <w:rPr>
                <w:b/>
                <w:color w:val="961414"/>
                <w:sz w:val="24"/>
                <w:szCs w:val="24"/>
              </w:rPr>
              <w:t xml:space="preserve">2. </w:t>
            </w:r>
          </w:p>
          <w:p w14:paraId="4370E7AA" w14:textId="356C9B84" w:rsidR="00F858E6" w:rsidRDefault="00C76FFB" w:rsidP="00F65234">
            <w:pPr>
              <w:spacing w:after="0" w:line="360" w:lineRule="auto"/>
              <w:rPr>
                <w:sz w:val="24"/>
                <w:szCs w:val="24"/>
              </w:rPr>
            </w:pPr>
            <w:r w:rsidRPr="00C76FFB">
              <w:rPr>
                <w:sz w:val="24"/>
                <w:szCs w:val="24"/>
              </w:rPr>
              <w:t>..................................................................................</w:t>
            </w:r>
            <w:r>
              <w:rPr>
                <w:sz w:val="24"/>
                <w:szCs w:val="24"/>
              </w:rPr>
              <w:t>.</w:t>
            </w:r>
          </w:p>
          <w:p w14:paraId="608E0440" w14:textId="366BD73D" w:rsidR="00714AB3" w:rsidRPr="00C76FFB" w:rsidRDefault="00F858E6" w:rsidP="00F65234">
            <w:pPr>
              <w:spacing w:after="0" w:line="360" w:lineRule="auto"/>
              <w:rPr>
                <w:sz w:val="24"/>
                <w:szCs w:val="24"/>
              </w:rPr>
            </w:pPr>
            <w:r w:rsidRPr="00C76FFB">
              <w:rPr>
                <w:sz w:val="24"/>
                <w:szCs w:val="24"/>
              </w:rPr>
              <w:t>..................................................................................</w:t>
            </w:r>
            <w:r>
              <w:rPr>
                <w:sz w:val="24"/>
                <w:szCs w:val="24"/>
              </w:rPr>
              <w:t>..</w:t>
            </w:r>
            <w:r w:rsidRPr="00C76FFB">
              <w:rPr>
                <w:sz w:val="24"/>
                <w:szCs w:val="24"/>
              </w:rPr>
              <w:t>......</w:t>
            </w:r>
            <w:r w:rsidR="00000000" w:rsidRPr="00C76FFB">
              <w:rPr>
                <w:sz w:val="24"/>
                <w:szCs w:val="24"/>
              </w:rPr>
              <w:t>............................................................................</w:t>
            </w:r>
          </w:p>
          <w:p w14:paraId="4345EDEE" w14:textId="77777777" w:rsidR="00714AB3" w:rsidRPr="00C76FFB" w:rsidRDefault="00000000" w:rsidP="00F65234">
            <w:pPr>
              <w:spacing w:after="0" w:line="360" w:lineRule="auto"/>
              <w:rPr>
                <w:sz w:val="24"/>
                <w:szCs w:val="24"/>
              </w:rPr>
            </w:pPr>
            <w:r w:rsidRPr="00C76FFB">
              <w:rPr>
                <w:b/>
                <w:color w:val="961414"/>
                <w:sz w:val="24"/>
                <w:szCs w:val="24"/>
              </w:rPr>
              <w:t xml:space="preserve">3. </w:t>
            </w:r>
          </w:p>
          <w:p w14:paraId="75753607" w14:textId="63176152" w:rsidR="00714AB3" w:rsidRDefault="00C76FFB" w:rsidP="00F65234">
            <w:pPr>
              <w:spacing w:after="0" w:line="360" w:lineRule="auto"/>
              <w:rPr>
                <w:sz w:val="24"/>
                <w:szCs w:val="24"/>
              </w:rPr>
            </w:pPr>
            <w:r w:rsidRPr="00C76FFB">
              <w:rPr>
                <w:sz w:val="24"/>
                <w:szCs w:val="24"/>
              </w:rPr>
              <w:t>..................................................................................</w:t>
            </w:r>
            <w:r>
              <w:rPr>
                <w:sz w:val="24"/>
                <w:szCs w:val="24"/>
              </w:rPr>
              <w:t>..</w:t>
            </w:r>
            <w:r w:rsidRPr="00C76FFB">
              <w:rPr>
                <w:sz w:val="24"/>
                <w:szCs w:val="24"/>
              </w:rPr>
              <w:t>......</w:t>
            </w:r>
            <w:r w:rsidR="00000000" w:rsidRPr="00C76FFB">
              <w:rPr>
                <w:sz w:val="24"/>
                <w:szCs w:val="24"/>
              </w:rPr>
              <w:t>............................................................................</w:t>
            </w:r>
          </w:p>
          <w:p w14:paraId="418FACB0" w14:textId="2EDBDC48" w:rsidR="00F858E6" w:rsidRPr="00C76FFB" w:rsidRDefault="00F858E6" w:rsidP="00F65234">
            <w:pPr>
              <w:spacing w:after="0" w:line="360" w:lineRule="auto"/>
              <w:rPr>
                <w:sz w:val="24"/>
                <w:szCs w:val="24"/>
              </w:rPr>
            </w:pPr>
            <w:r w:rsidRPr="00C76FFB">
              <w:rPr>
                <w:sz w:val="24"/>
                <w:szCs w:val="24"/>
              </w:rPr>
              <w:t>..................................................................................</w:t>
            </w:r>
            <w:r>
              <w:rPr>
                <w:sz w:val="24"/>
                <w:szCs w:val="24"/>
              </w:rPr>
              <w:t>.</w:t>
            </w:r>
          </w:p>
          <w:p w14:paraId="2CA6A50D" w14:textId="77777777" w:rsidR="00714AB3" w:rsidRPr="00C76FFB" w:rsidRDefault="00000000">
            <w:pPr>
              <w:spacing w:before="60" w:after="0"/>
              <w:rPr>
                <w:b/>
                <w:bCs/>
                <w:sz w:val="24"/>
                <w:szCs w:val="24"/>
              </w:rPr>
            </w:pPr>
            <w:r w:rsidRPr="00C76FFB">
              <w:rPr>
                <w:b/>
                <w:color w:val="961414"/>
                <w:sz w:val="24"/>
                <w:szCs w:val="24"/>
              </w:rPr>
              <w:t xml:space="preserve">4. </w:t>
            </w:r>
            <w:r w:rsidRPr="00C76FFB">
              <w:rPr>
                <w:b/>
                <w:bCs/>
                <w:sz w:val="24"/>
                <w:szCs w:val="24"/>
              </w:rPr>
              <w:t>Napis: „Bohaterom poległym w walkach na szlaku Bolesławowym Odry i Bałtyku 13.04.1946 r.”</w:t>
            </w:r>
          </w:p>
          <w:p w14:paraId="7F1AF682" w14:textId="4F4C7FF0" w:rsidR="00714AB3" w:rsidRDefault="00F65234" w:rsidP="00F65234">
            <w:pPr>
              <w:spacing w:after="0" w:line="360" w:lineRule="auto"/>
              <w:rPr>
                <w:sz w:val="24"/>
                <w:szCs w:val="24"/>
              </w:rPr>
            </w:pPr>
            <w:r w:rsidRPr="00C76FFB">
              <w:rPr>
                <w:sz w:val="24"/>
                <w:szCs w:val="24"/>
              </w:rPr>
              <w:t>..................................................................................</w:t>
            </w:r>
            <w:r>
              <w:rPr>
                <w:sz w:val="24"/>
                <w:szCs w:val="24"/>
              </w:rPr>
              <w:t>.</w:t>
            </w:r>
            <w:r w:rsidRPr="00C76FFB">
              <w:rPr>
                <w:sz w:val="24"/>
                <w:szCs w:val="24"/>
              </w:rPr>
              <w:t xml:space="preserve"> </w:t>
            </w:r>
            <w:r w:rsidRPr="00C76FFB">
              <w:rPr>
                <w:sz w:val="24"/>
                <w:szCs w:val="24"/>
              </w:rPr>
              <w:t>..................................................................................</w:t>
            </w:r>
            <w:r>
              <w:rPr>
                <w:sz w:val="24"/>
                <w:szCs w:val="24"/>
              </w:rPr>
              <w:t>.</w:t>
            </w:r>
          </w:p>
          <w:p w14:paraId="54887A13" w14:textId="752D7BB7" w:rsidR="00F65234" w:rsidRDefault="00F65234" w:rsidP="00F65234">
            <w:pPr>
              <w:spacing w:after="0" w:line="360" w:lineRule="auto"/>
              <w:rPr>
                <w:sz w:val="24"/>
                <w:szCs w:val="24"/>
              </w:rPr>
            </w:pPr>
            <w:r w:rsidRPr="00C76FFB">
              <w:rPr>
                <w:sz w:val="24"/>
                <w:szCs w:val="24"/>
              </w:rPr>
              <w:t>..................................................................................</w:t>
            </w:r>
            <w:r>
              <w:rPr>
                <w:sz w:val="24"/>
                <w:szCs w:val="24"/>
              </w:rPr>
              <w:t>.</w:t>
            </w:r>
          </w:p>
          <w:p w14:paraId="1D43E470" w14:textId="24BDE61C" w:rsidR="00F858E6" w:rsidRDefault="00F858E6" w:rsidP="00F65234">
            <w:pPr>
              <w:spacing w:after="0" w:line="360" w:lineRule="auto"/>
              <w:rPr>
                <w:sz w:val="24"/>
                <w:szCs w:val="24"/>
              </w:rPr>
            </w:pPr>
            <w:r w:rsidRPr="00C76FFB">
              <w:rPr>
                <w:sz w:val="24"/>
                <w:szCs w:val="24"/>
              </w:rPr>
              <w:t>..................................................................................</w:t>
            </w:r>
            <w:r>
              <w:rPr>
                <w:sz w:val="24"/>
                <w:szCs w:val="24"/>
              </w:rPr>
              <w:t>.</w:t>
            </w:r>
          </w:p>
          <w:p w14:paraId="535C1005" w14:textId="49CE372A" w:rsidR="00F858E6" w:rsidRPr="00C76FFB" w:rsidRDefault="00F858E6" w:rsidP="00F65234">
            <w:pPr>
              <w:spacing w:after="0" w:line="360" w:lineRule="auto"/>
              <w:rPr>
                <w:sz w:val="24"/>
                <w:szCs w:val="24"/>
              </w:rPr>
            </w:pPr>
            <w:r w:rsidRPr="00C76FFB">
              <w:rPr>
                <w:sz w:val="24"/>
                <w:szCs w:val="24"/>
              </w:rPr>
              <w:t>..................................................................................</w:t>
            </w:r>
            <w:r>
              <w:rPr>
                <w:sz w:val="24"/>
                <w:szCs w:val="24"/>
              </w:rPr>
              <w:t>.</w:t>
            </w:r>
          </w:p>
        </w:tc>
      </w:tr>
    </w:tbl>
    <w:tbl>
      <w:tblPr>
        <w:tblW w:w="5000" w:type="pct"/>
        <w:tblLook w:val="04A0" w:firstRow="1" w:lastRow="0" w:firstColumn="1" w:lastColumn="0" w:noHBand="0" w:noVBand="1"/>
      </w:tblPr>
      <w:tblGrid>
        <w:gridCol w:w="2693"/>
        <w:gridCol w:w="2693"/>
        <w:gridCol w:w="2693"/>
        <w:gridCol w:w="2693"/>
      </w:tblGrid>
      <w:tr w:rsidR="00C76FFB" w14:paraId="01DA7157" w14:textId="77777777" w:rsidTr="00F858E6">
        <w:trPr>
          <w:trHeight w:val="214"/>
        </w:trPr>
        <w:tc>
          <w:tcPr>
            <w:tcW w:w="1250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3E5DFE" w14:textId="77777777" w:rsidR="00C76FFB" w:rsidRDefault="00C76FFB" w:rsidP="005C5C82">
            <w:pPr>
              <w:spacing w:after="0"/>
              <w:jc w:val="center"/>
              <w:rPr>
                <w:b/>
                <w:color w:val="FFFFFF"/>
                <w:sz w:val="22"/>
              </w:rPr>
            </w:pPr>
          </w:p>
          <w:p w14:paraId="7AF2F601" w14:textId="77777777" w:rsidR="00C76FFB" w:rsidRDefault="00C76FFB" w:rsidP="005C5C82">
            <w:pPr>
              <w:spacing w:after="0"/>
              <w:jc w:val="center"/>
              <w:rPr>
                <w:b/>
                <w:color w:val="FFFFFF"/>
                <w:sz w:val="22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2503"/>
            </w:tblGrid>
            <w:tr w:rsidR="00C76FFB" w14:paraId="3458AEAF" w14:textId="77777777" w:rsidTr="00F858E6">
              <w:tc>
                <w:tcPr>
                  <w:tcW w:w="2548" w:type="dxa"/>
                  <w:shd w:val="clear" w:color="auto" w:fill="C00000"/>
                </w:tcPr>
                <w:p w14:paraId="52FFA48E" w14:textId="4D30E745" w:rsidR="00C76FFB" w:rsidRDefault="00C76FFB" w:rsidP="005C5C82">
                  <w:pPr>
                    <w:jc w:val="center"/>
                    <w:rPr>
                      <w:b/>
                      <w:color w:val="A01E1E"/>
                    </w:rPr>
                  </w:pPr>
                  <w:r w:rsidRPr="00C76FFB">
                    <w:rPr>
                      <w:b/>
                      <w:color w:val="FFFFFF"/>
                      <w:sz w:val="28"/>
                      <w:szCs w:val="28"/>
                    </w:rPr>
                    <w:t xml:space="preserve">ZADANIE </w:t>
                  </w:r>
                  <w:r>
                    <w:rPr>
                      <w:b/>
                      <w:color w:val="FFFFFF"/>
                      <w:sz w:val="28"/>
                      <w:szCs w:val="28"/>
                    </w:rPr>
                    <w:t>2</w:t>
                  </w:r>
                </w:p>
              </w:tc>
            </w:tr>
          </w:tbl>
          <w:p w14:paraId="493233E9" w14:textId="77777777" w:rsidR="00C76FFB" w:rsidRDefault="00C76FFB" w:rsidP="005C5C82">
            <w:pPr>
              <w:spacing w:after="0"/>
              <w:jc w:val="center"/>
              <w:rPr>
                <w:b/>
                <w:color w:val="A01E1E"/>
              </w:rPr>
            </w:pPr>
          </w:p>
        </w:tc>
        <w:tc>
          <w:tcPr>
            <w:tcW w:w="1250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FE3E4C" w14:textId="77777777" w:rsidR="00C76FFB" w:rsidRDefault="00C76FFB" w:rsidP="005C5C82">
            <w:pPr>
              <w:spacing w:after="0"/>
              <w:jc w:val="center"/>
              <w:rPr>
                <w:b/>
                <w:color w:val="A01E1E"/>
              </w:rPr>
            </w:pPr>
          </w:p>
        </w:tc>
        <w:tc>
          <w:tcPr>
            <w:tcW w:w="1250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A8BC7B" w14:textId="77777777" w:rsidR="00C76FFB" w:rsidRDefault="00C76FFB" w:rsidP="005C5C82">
            <w:pPr>
              <w:spacing w:after="0"/>
              <w:jc w:val="center"/>
              <w:rPr>
                <w:b/>
                <w:color w:val="A01E1E"/>
              </w:rPr>
            </w:pPr>
          </w:p>
        </w:tc>
        <w:tc>
          <w:tcPr>
            <w:tcW w:w="1250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53907A" w14:textId="77777777" w:rsidR="00F858E6" w:rsidRDefault="00F858E6" w:rsidP="005C5C82">
            <w:pPr>
              <w:spacing w:after="0"/>
              <w:jc w:val="center"/>
              <w:rPr>
                <w:b/>
                <w:color w:val="A01E1E"/>
              </w:rPr>
            </w:pPr>
          </w:p>
        </w:tc>
      </w:tr>
    </w:tbl>
    <w:p w14:paraId="4E04EDCA" w14:textId="17F57210" w:rsidR="00714AB3" w:rsidRDefault="00714AB3" w:rsidP="00C76FFB">
      <w:pPr>
        <w:spacing w:before="60" w:after="20"/>
      </w:pPr>
    </w:p>
    <w:p w14:paraId="2E23464F" w14:textId="7203F25F" w:rsidR="00714AB3" w:rsidRDefault="00000000">
      <w:pPr>
        <w:spacing w:after="40"/>
        <w:rPr>
          <w:sz w:val="24"/>
          <w:szCs w:val="24"/>
        </w:rPr>
      </w:pPr>
      <w:r w:rsidRPr="00F858E6">
        <w:rPr>
          <w:b/>
          <w:sz w:val="24"/>
          <w:szCs w:val="24"/>
        </w:rPr>
        <w:t xml:space="preserve">Na podstawie treści artykułu, uzupełnij poniższą mapę myśli. </w:t>
      </w:r>
      <w:r w:rsidRPr="00F858E6">
        <w:rPr>
          <w:sz w:val="24"/>
          <w:szCs w:val="24"/>
        </w:rPr>
        <w:t xml:space="preserve">Uwaga: Możesz zmienić (zwiększyć </w:t>
      </w:r>
      <w:proofErr w:type="spellStart"/>
      <w:r w:rsidRPr="00F858E6">
        <w:rPr>
          <w:sz w:val="24"/>
          <w:szCs w:val="24"/>
        </w:rPr>
        <w:t>lub</w:t>
      </w:r>
      <w:proofErr w:type="spellEnd"/>
      <w:r w:rsidRPr="00F858E6">
        <w:rPr>
          <w:sz w:val="24"/>
          <w:szCs w:val="24"/>
        </w:rPr>
        <w:t xml:space="preserve"> </w:t>
      </w:r>
      <w:proofErr w:type="spellStart"/>
      <w:r w:rsidRPr="00F858E6">
        <w:rPr>
          <w:sz w:val="24"/>
          <w:szCs w:val="24"/>
        </w:rPr>
        <w:t>zmniejszyć</w:t>
      </w:r>
      <w:proofErr w:type="spellEnd"/>
      <w:r w:rsidRPr="00F858E6">
        <w:rPr>
          <w:sz w:val="24"/>
          <w:szCs w:val="24"/>
        </w:rPr>
        <w:t xml:space="preserve">) </w:t>
      </w:r>
      <w:proofErr w:type="spellStart"/>
      <w:r w:rsidRPr="00F858E6">
        <w:rPr>
          <w:sz w:val="24"/>
          <w:szCs w:val="24"/>
        </w:rPr>
        <w:t>liczbę</w:t>
      </w:r>
      <w:proofErr w:type="spellEnd"/>
      <w:r w:rsidRPr="00F858E6">
        <w:rPr>
          <w:sz w:val="24"/>
          <w:szCs w:val="24"/>
        </w:rPr>
        <w:t xml:space="preserve"> </w:t>
      </w:r>
      <w:proofErr w:type="spellStart"/>
      <w:r w:rsidR="00996FA6">
        <w:rPr>
          <w:sz w:val="24"/>
          <w:szCs w:val="24"/>
        </w:rPr>
        <w:t>pozycji</w:t>
      </w:r>
      <w:proofErr w:type="spellEnd"/>
      <w:r w:rsidRPr="00F858E6">
        <w:rPr>
          <w:sz w:val="24"/>
          <w:szCs w:val="24"/>
        </w:rPr>
        <w:t>.</w:t>
      </w:r>
    </w:p>
    <w:p w14:paraId="2C06777B" w14:textId="77777777" w:rsidR="00D6396F" w:rsidRPr="00F858E6" w:rsidRDefault="00D6396F">
      <w:pPr>
        <w:spacing w:after="40"/>
        <w:rPr>
          <w:sz w:val="24"/>
          <w:szCs w:val="24"/>
        </w:rPr>
      </w:pPr>
    </w:p>
    <w:p w14:paraId="0155027E" w14:textId="77777777" w:rsidR="00C76FFB" w:rsidRDefault="00C76FFB">
      <w:pPr>
        <w:spacing w:after="40"/>
      </w:pPr>
    </w:p>
    <w:tbl>
      <w:tblPr>
        <w:tblStyle w:val="Tabela-Siatka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0"/>
        <w:gridCol w:w="3685"/>
        <w:gridCol w:w="3589"/>
      </w:tblGrid>
      <w:tr w:rsidR="00F858E6" w:rsidRPr="00F858E6" w14:paraId="0047E879" w14:textId="77777777" w:rsidTr="00996FA6">
        <w:trPr>
          <w:trHeight w:val="3951"/>
        </w:trPr>
        <w:tc>
          <w:tcPr>
            <w:tcW w:w="3604" w:type="dxa"/>
            <w:vAlign w:val="center"/>
          </w:tcPr>
          <w:p w14:paraId="5F241ACE" w14:textId="2A8F1B26" w:rsidR="00F858E6" w:rsidRPr="00F858E6" w:rsidRDefault="00F858E6" w:rsidP="00F858E6">
            <w:pPr>
              <w:spacing w:line="360" w:lineRule="auto"/>
              <w:rPr>
                <w:bCs/>
                <w:color w:val="000000"/>
                <w:sz w:val="24"/>
                <w:szCs w:val="24"/>
              </w:rPr>
            </w:pPr>
            <w:r w:rsidRPr="00F858E6">
              <w:rPr>
                <w:b/>
                <w:color w:val="000000"/>
                <w:sz w:val="24"/>
                <w:szCs w:val="24"/>
              </w:rPr>
              <w:t xml:space="preserve">Cele, </w:t>
            </w:r>
            <w:proofErr w:type="spellStart"/>
            <w:r w:rsidRPr="00F858E6">
              <w:rPr>
                <w:b/>
                <w:color w:val="000000"/>
                <w:sz w:val="24"/>
                <w:szCs w:val="24"/>
              </w:rPr>
              <w:t>jakie</w:t>
            </w:r>
            <w:proofErr w:type="spellEnd"/>
            <w:r w:rsidRPr="00F858E6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58E6">
              <w:rPr>
                <w:b/>
                <w:color w:val="000000"/>
                <w:sz w:val="24"/>
                <w:szCs w:val="24"/>
              </w:rPr>
              <w:t>chciały</w:t>
            </w:r>
            <w:proofErr w:type="spellEnd"/>
            <w:r w:rsidRPr="00F858E6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58E6">
              <w:rPr>
                <w:b/>
                <w:color w:val="000000"/>
                <w:sz w:val="24"/>
                <w:szCs w:val="24"/>
              </w:rPr>
              <w:t>zrealizować</w:t>
            </w:r>
            <w:proofErr w:type="spellEnd"/>
            <w:r w:rsidRPr="00F858E6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58E6">
              <w:rPr>
                <w:b/>
                <w:color w:val="000000"/>
                <w:sz w:val="24"/>
                <w:szCs w:val="24"/>
              </w:rPr>
              <w:t>władze</w:t>
            </w:r>
            <w:proofErr w:type="spellEnd"/>
            <w:r w:rsidRPr="00F858E6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58E6">
              <w:rPr>
                <w:b/>
                <w:color w:val="000000"/>
                <w:sz w:val="24"/>
                <w:szCs w:val="24"/>
              </w:rPr>
              <w:t>centralne</w:t>
            </w:r>
            <w:proofErr w:type="spellEnd"/>
            <w:r w:rsidRPr="00F858E6">
              <w:rPr>
                <w:b/>
                <w:color w:val="000000"/>
                <w:sz w:val="24"/>
                <w:szCs w:val="24"/>
              </w:rPr>
              <w:br/>
            </w:r>
            <w:r w:rsidRPr="00F858E6">
              <w:rPr>
                <w:bCs/>
                <w:color w:val="000000"/>
                <w:sz w:val="24"/>
                <w:szCs w:val="24"/>
              </w:rPr>
              <w:t>…………………………………</w:t>
            </w:r>
            <w:r w:rsidRPr="00F858E6">
              <w:rPr>
                <w:bCs/>
                <w:color w:val="000000"/>
                <w:sz w:val="24"/>
                <w:szCs w:val="24"/>
              </w:rPr>
              <w:br/>
              <w:t>…………………………………</w:t>
            </w:r>
          </w:p>
          <w:p w14:paraId="417B64BB" w14:textId="4F1138A0" w:rsidR="00F858E6" w:rsidRPr="00F858E6" w:rsidRDefault="00F858E6" w:rsidP="00F858E6">
            <w:pPr>
              <w:spacing w:line="360" w:lineRule="auto"/>
              <w:rPr>
                <w:bCs/>
                <w:color w:val="000000"/>
                <w:sz w:val="24"/>
                <w:szCs w:val="24"/>
              </w:rPr>
            </w:pPr>
            <w:r w:rsidRPr="00F858E6">
              <w:rPr>
                <w:bCs/>
                <w:color w:val="000000"/>
                <w:sz w:val="24"/>
                <w:szCs w:val="24"/>
              </w:rPr>
              <w:t>…………………………………</w:t>
            </w:r>
          </w:p>
          <w:p w14:paraId="268CC560" w14:textId="62B63853" w:rsidR="00F858E6" w:rsidRPr="00F858E6" w:rsidRDefault="00F858E6" w:rsidP="00F858E6">
            <w:pPr>
              <w:spacing w:line="360" w:lineRule="auto"/>
              <w:rPr>
                <w:bCs/>
                <w:color w:val="000000"/>
                <w:sz w:val="24"/>
                <w:szCs w:val="24"/>
              </w:rPr>
            </w:pPr>
            <w:r w:rsidRPr="00F858E6">
              <w:rPr>
                <w:bCs/>
                <w:color w:val="000000"/>
                <w:sz w:val="24"/>
                <w:szCs w:val="24"/>
              </w:rPr>
              <w:t>…………………………………</w:t>
            </w:r>
          </w:p>
          <w:p w14:paraId="49BB73A7" w14:textId="039BBF11" w:rsidR="00F858E6" w:rsidRPr="00F858E6" w:rsidRDefault="00F858E6" w:rsidP="00F858E6">
            <w:pPr>
              <w:spacing w:line="360" w:lineRule="auto"/>
              <w:rPr>
                <w:bCs/>
                <w:color w:val="000000"/>
                <w:sz w:val="24"/>
                <w:szCs w:val="24"/>
              </w:rPr>
            </w:pPr>
            <w:r w:rsidRPr="00F858E6">
              <w:rPr>
                <w:bCs/>
                <w:color w:val="000000"/>
                <w:sz w:val="24"/>
                <w:szCs w:val="24"/>
              </w:rPr>
              <w:t>…………………………………</w:t>
            </w:r>
          </w:p>
          <w:p w14:paraId="7B3D8A10" w14:textId="06D9C0E2" w:rsidR="00F858E6" w:rsidRPr="00F858E6" w:rsidRDefault="00F858E6" w:rsidP="00F858E6">
            <w:pPr>
              <w:spacing w:line="360" w:lineRule="auto"/>
              <w:rPr>
                <w:sz w:val="24"/>
                <w:szCs w:val="24"/>
              </w:rPr>
            </w:pPr>
            <w:r w:rsidRPr="00F858E6">
              <w:rPr>
                <w:bCs/>
                <w:color w:val="000000"/>
                <w:sz w:val="24"/>
                <w:szCs w:val="24"/>
              </w:rPr>
              <w:t>…………………………………</w:t>
            </w:r>
            <w:r w:rsidRPr="00F858E6">
              <w:rPr>
                <w:bCs/>
                <w:color w:val="000000"/>
                <w:sz w:val="24"/>
                <w:szCs w:val="24"/>
              </w:rPr>
              <w:br/>
              <w:t>…………………………………</w:t>
            </w:r>
          </w:p>
        </w:tc>
        <w:tc>
          <w:tcPr>
            <w:tcW w:w="3741" w:type="dxa"/>
            <w:vMerge w:val="restart"/>
            <w:vAlign w:val="center"/>
          </w:tcPr>
          <w:p w14:paraId="02E671B1" w14:textId="1C4BFD8E" w:rsidR="00F858E6" w:rsidRPr="00F858E6" w:rsidRDefault="00F858E6" w:rsidP="00F858E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A4AEB42" wp14:editId="172FFF12">
                  <wp:extent cx="2171700" cy="1943100"/>
                  <wp:effectExtent l="0" t="0" r="0" b="0"/>
                  <wp:docPr id="115330324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330324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1700" cy="194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5" w:type="dxa"/>
            <w:vAlign w:val="center"/>
          </w:tcPr>
          <w:p w14:paraId="2AA29381" w14:textId="4B172C3C" w:rsidR="00996FA6" w:rsidRPr="00F858E6" w:rsidRDefault="00F858E6" w:rsidP="00996FA6">
            <w:pPr>
              <w:spacing w:line="360" w:lineRule="auto"/>
              <w:rPr>
                <w:bCs/>
                <w:color w:val="000000"/>
                <w:sz w:val="24"/>
                <w:szCs w:val="24"/>
              </w:rPr>
            </w:pPr>
            <w:r w:rsidRPr="00F858E6">
              <w:rPr>
                <w:b/>
                <w:color w:val="000000"/>
                <w:sz w:val="24"/>
                <w:szCs w:val="24"/>
              </w:rPr>
              <w:t xml:space="preserve">Cele, </w:t>
            </w:r>
            <w:proofErr w:type="spellStart"/>
            <w:r w:rsidRPr="00F858E6">
              <w:rPr>
                <w:b/>
                <w:color w:val="000000"/>
                <w:sz w:val="24"/>
                <w:szCs w:val="24"/>
              </w:rPr>
              <w:t>jakie</w:t>
            </w:r>
            <w:proofErr w:type="spellEnd"/>
            <w:r w:rsidRPr="00F858E6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58E6">
              <w:rPr>
                <w:b/>
                <w:color w:val="000000"/>
                <w:sz w:val="24"/>
                <w:szCs w:val="24"/>
              </w:rPr>
              <w:t>chciały</w:t>
            </w:r>
            <w:proofErr w:type="spellEnd"/>
            <w:r w:rsidRPr="00F858E6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58E6">
              <w:rPr>
                <w:b/>
                <w:color w:val="000000"/>
                <w:sz w:val="24"/>
                <w:szCs w:val="24"/>
              </w:rPr>
              <w:t>zrealizować</w:t>
            </w:r>
            <w:proofErr w:type="spellEnd"/>
            <w:r w:rsidRPr="00F858E6">
              <w:rPr>
                <w:b/>
                <w:color w:val="000000"/>
                <w:sz w:val="24"/>
                <w:szCs w:val="24"/>
              </w:rPr>
              <w:t xml:space="preserve"> władze lokalne</w:t>
            </w:r>
            <w:r w:rsidRPr="00F858E6">
              <w:rPr>
                <w:b/>
                <w:color w:val="000000"/>
                <w:sz w:val="24"/>
                <w:szCs w:val="24"/>
              </w:rPr>
              <w:br/>
            </w:r>
            <w:r w:rsidRPr="00F858E6">
              <w:rPr>
                <w:b/>
                <w:color w:val="000000"/>
                <w:sz w:val="24"/>
                <w:szCs w:val="24"/>
              </w:rPr>
              <w:br/>
            </w:r>
            <w:r w:rsidR="00996FA6" w:rsidRPr="00F858E6">
              <w:rPr>
                <w:bCs/>
                <w:color w:val="000000"/>
                <w:sz w:val="24"/>
                <w:szCs w:val="24"/>
              </w:rPr>
              <w:t>…………………………………</w:t>
            </w:r>
            <w:r w:rsidR="00996FA6" w:rsidRPr="00F858E6">
              <w:rPr>
                <w:bCs/>
                <w:color w:val="000000"/>
                <w:sz w:val="24"/>
                <w:szCs w:val="24"/>
              </w:rPr>
              <w:br/>
              <w:t>…………………………………</w:t>
            </w:r>
          </w:p>
          <w:p w14:paraId="3A017B07" w14:textId="5308DCED" w:rsidR="00996FA6" w:rsidRPr="00F858E6" w:rsidRDefault="00996FA6" w:rsidP="00996FA6">
            <w:pPr>
              <w:spacing w:line="360" w:lineRule="auto"/>
              <w:rPr>
                <w:bCs/>
                <w:color w:val="000000"/>
                <w:sz w:val="24"/>
                <w:szCs w:val="24"/>
              </w:rPr>
            </w:pPr>
            <w:r w:rsidRPr="00F858E6">
              <w:rPr>
                <w:bCs/>
                <w:color w:val="000000"/>
                <w:sz w:val="24"/>
                <w:szCs w:val="24"/>
              </w:rPr>
              <w:t>…………………………………</w:t>
            </w:r>
          </w:p>
          <w:p w14:paraId="65D99A1A" w14:textId="161055DA" w:rsidR="00996FA6" w:rsidRPr="00F858E6" w:rsidRDefault="00996FA6" w:rsidP="00996FA6">
            <w:pPr>
              <w:spacing w:line="360" w:lineRule="auto"/>
              <w:rPr>
                <w:bCs/>
                <w:color w:val="000000"/>
                <w:sz w:val="24"/>
                <w:szCs w:val="24"/>
              </w:rPr>
            </w:pPr>
            <w:r w:rsidRPr="00F858E6">
              <w:rPr>
                <w:bCs/>
                <w:color w:val="000000"/>
                <w:sz w:val="24"/>
                <w:szCs w:val="24"/>
              </w:rPr>
              <w:t>…………………………………</w:t>
            </w:r>
          </w:p>
          <w:p w14:paraId="67F9BA20" w14:textId="0BBA594D" w:rsidR="00996FA6" w:rsidRPr="00F858E6" w:rsidRDefault="00996FA6" w:rsidP="00996FA6">
            <w:pPr>
              <w:spacing w:line="360" w:lineRule="auto"/>
              <w:rPr>
                <w:bCs/>
                <w:color w:val="000000"/>
                <w:sz w:val="24"/>
                <w:szCs w:val="24"/>
              </w:rPr>
            </w:pPr>
            <w:r w:rsidRPr="00F858E6">
              <w:rPr>
                <w:bCs/>
                <w:color w:val="000000"/>
                <w:sz w:val="24"/>
                <w:szCs w:val="24"/>
              </w:rPr>
              <w:t>…………………………………</w:t>
            </w:r>
          </w:p>
          <w:p w14:paraId="5DA439BD" w14:textId="3B77FD87" w:rsidR="00F858E6" w:rsidRPr="00F858E6" w:rsidRDefault="00996FA6" w:rsidP="00996FA6">
            <w:pPr>
              <w:spacing w:line="360" w:lineRule="auto"/>
              <w:rPr>
                <w:sz w:val="24"/>
                <w:szCs w:val="24"/>
              </w:rPr>
            </w:pPr>
            <w:r w:rsidRPr="00F858E6">
              <w:rPr>
                <w:bCs/>
                <w:color w:val="000000"/>
                <w:sz w:val="24"/>
                <w:szCs w:val="24"/>
              </w:rPr>
              <w:t>…………………………………</w:t>
            </w:r>
            <w:r w:rsidRPr="00F858E6">
              <w:rPr>
                <w:bCs/>
                <w:color w:val="000000"/>
                <w:sz w:val="24"/>
                <w:szCs w:val="24"/>
              </w:rPr>
              <w:br/>
              <w:t>…………………………………</w:t>
            </w:r>
          </w:p>
        </w:tc>
      </w:tr>
      <w:tr w:rsidR="00F858E6" w:rsidRPr="00F858E6" w14:paraId="15D83AF0" w14:textId="77777777" w:rsidTr="00996FA6">
        <w:trPr>
          <w:trHeight w:val="1218"/>
        </w:trPr>
        <w:tc>
          <w:tcPr>
            <w:tcW w:w="3604" w:type="dxa"/>
            <w:vAlign w:val="center"/>
          </w:tcPr>
          <w:p w14:paraId="61AE2825" w14:textId="32070D8C" w:rsidR="00F858E6" w:rsidRPr="00F858E6" w:rsidRDefault="00F858E6" w:rsidP="00F858E6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741" w:type="dxa"/>
            <w:vMerge/>
            <w:vAlign w:val="center"/>
          </w:tcPr>
          <w:p w14:paraId="71470A80" w14:textId="4BA99CB6" w:rsidR="00F858E6" w:rsidRPr="00F858E6" w:rsidRDefault="00F858E6" w:rsidP="00F858E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5" w:type="dxa"/>
            <w:vAlign w:val="center"/>
          </w:tcPr>
          <w:p w14:paraId="4D6AD0C7" w14:textId="77777777" w:rsidR="00F858E6" w:rsidRPr="00F858E6" w:rsidRDefault="00F858E6" w:rsidP="00F858E6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858E6" w:rsidRPr="00F858E6" w14:paraId="51419E8D" w14:textId="77777777" w:rsidTr="00996FA6">
        <w:trPr>
          <w:trHeight w:val="4481"/>
        </w:trPr>
        <w:tc>
          <w:tcPr>
            <w:tcW w:w="3604" w:type="dxa"/>
            <w:vAlign w:val="center"/>
          </w:tcPr>
          <w:p w14:paraId="2184A841" w14:textId="69603650" w:rsidR="00996FA6" w:rsidRPr="00F858E6" w:rsidRDefault="00F858E6" w:rsidP="00996FA6">
            <w:pPr>
              <w:spacing w:line="360" w:lineRule="auto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F858E6">
              <w:rPr>
                <w:b/>
                <w:color w:val="000000"/>
                <w:sz w:val="24"/>
                <w:szCs w:val="24"/>
              </w:rPr>
              <w:t>Znaczenie</w:t>
            </w:r>
            <w:proofErr w:type="spellEnd"/>
            <w:r w:rsidRPr="00F858E6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58E6">
              <w:rPr>
                <w:b/>
                <w:color w:val="000000"/>
                <w:sz w:val="24"/>
                <w:szCs w:val="24"/>
              </w:rPr>
              <w:t>ogólnopolskie</w:t>
            </w:r>
            <w:proofErr w:type="spellEnd"/>
            <w:r w:rsidRPr="00F858E6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58E6">
              <w:rPr>
                <w:b/>
                <w:color w:val="000000"/>
                <w:sz w:val="24"/>
                <w:szCs w:val="24"/>
              </w:rPr>
              <w:t>obchodów</w:t>
            </w:r>
            <w:proofErr w:type="spellEnd"/>
            <w:r w:rsidRPr="00F858E6">
              <w:rPr>
                <w:b/>
                <w:color w:val="000000"/>
                <w:sz w:val="24"/>
                <w:szCs w:val="24"/>
              </w:rPr>
              <w:br/>
            </w:r>
            <w:r w:rsidRPr="00F858E6">
              <w:rPr>
                <w:b/>
                <w:color w:val="000000"/>
                <w:sz w:val="24"/>
                <w:szCs w:val="24"/>
              </w:rPr>
              <w:br/>
            </w:r>
            <w:r w:rsidR="00996FA6" w:rsidRPr="00F858E6">
              <w:rPr>
                <w:bCs/>
                <w:color w:val="000000"/>
                <w:sz w:val="24"/>
                <w:szCs w:val="24"/>
              </w:rPr>
              <w:t>…………………………………</w:t>
            </w:r>
            <w:r w:rsidR="00996FA6" w:rsidRPr="00F858E6">
              <w:rPr>
                <w:bCs/>
                <w:color w:val="000000"/>
                <w:sz w:val="24"/>
                <w:szCs w:val="24"/>
              </w:rPr>
              <w:br/>
              <w:t>…………………………………</w:t>
            </w:r>
          </w:p>
          <w:p w14:paraId="79377890" w14:textId="2B10993E" w:rsidR="00996FA6" w:rsidRPr="00F858E6" w:rsidRDefault="00996FA6" w:rsidP="00996FA6">
            <w:pPr>
              <w:spacing w:line="360" w:lineRule="auto"/>
              <w:rPr>
                <w:bCs/>
                <w:color w:val="000000"/>
                <w:sz w:val="24"/>
                <w:szCs w:val="24"/>
              </w:rPr>
            </w:pPr>
            <w:r w:rsidRPr="00F858E6">
              <w:rPr>
                <w:bCs/>
                <w:color w:val="000000"/>
                <w:sz w:val="24"/>
                <w:szCs w:val="24"/>
              </w:rPr>
              <w:t>…………………………………</w:t>
            </w:r>
          </w:p>
          <w:p w14:paraId="601919EE" w14:textId="36D3B4DE" w:rsidR="00996FA6" w:rsidRPr="00F858E6" w:rsidRDefault="00996FA6" w:rsidP="00996FA6">
            <w:pPr>
              <w:spacing w:line="360" w:lineRule="auto"/>
              <w:rPr>
                <w:bCs/>
                <w:color w:val="000000"/>
                <w:sz w:val="24"/>
                <w:szCs w:val="24"/>
              </w:rPr>
            </w:pPr>
            <w:r w:rsidRPr="00F858E6">
              <w:rPr>
                <w:bCs/>
                <w:color w:val="000000"/>
                <w:sz w:val="24"/>
                <w:szCs w:val="24"/>
              </w:rPr>
              <w:t>…………………………………</w:t>
            </w:r>
          </w:p>
          <w:p w14:paraId="3E04B5C6" w14:textId="72CE7E37" w:rsidR="00996FA6" w:rsidRPr="00F858E6" w:rsidRDefault="00996FA6" w:rsidP="00996FA6">
            <w:pPr>
              <w:spacing w:line="360" w:lineRule="auto"/>
              <w:rPr>
                <w:bCs/>
                <w:color w:val="000000"/>
                <w:sz w:val="24"/>
                <w:szCs w:val="24"/>
              </w:rPr>
            </w:pPr>
            <w:r w:rsidRPr="00F858E6">
              <w:rPr>
                <w:bCs/>
                <w:color w:val="000000"/>
                <w:sz w:val="24"/>
                <w:szCs w:val="24"/>
              </w:rPr>
              <w:t>…………………………………</w:t>
            </w:r>
          </w:p>
          <w:p w14:paraId="2359B818" w14:textId="2EE4B654" w:rsidR="00F858E6" w:rsidRPr="00F858E6" w:rsidRDefault="00996FA6" w:rsidP="00996FA6">
            <w:pPr>
              <w:spacing w:line="360" w:lineRule="auto"/>
              <w:rPr>
                <w:sz w:val="24"/>
                <w:szCs w:val="24"/>
              </w:rPr>
            </w:pPr>
            <w:r w:rsidRPr="00F858E6">
              <w:rPr>
                <w:bCs/>
                <w:color w:val="000000"/>
                <w:sz w:val="24"/>
                <w:szCs w:val="24"/>
              </w:rPr>
              <w:t>…………………………………</w:t>
            </w:r>
            <w:r w:rsidRPr="00F858E6">
              <w:rPr>
                <w:bCs/>
                <w:color w:val="000000"/>
                <w:sz w:val="24"/>
                <w:szCs w:val="24"/>
              </w:rPr>
              <w:br/>
              <w:t>…………………………………</w:t>
            </w:r>
          </w:p>
        </w:tc>
        <w:tc>
          <w:tcPr>
            <w:tcW w:w="3741" w:type="dxa"/>
            <w:vMerge/>
            <w:vAlign w:val="center"/>
          </w:tcPr>
          <w:p w14:paraId="43F83F52" w14:textId="77777777" w:rsidR="00F858E6" w:rsidRPr="00F858E6" w:rsidRDefault="00F858E6" w:rsidP="00F858E6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605" w:type="dxa"/>
            <w:vAlign w:val="center"/>
          </w:tcPr>
          <w:p w14:paraId="7FC66F27" w14:textId="77777777" w:rsidR="00996FA6" w:rsidRPr="00F858E6" w:rsidRDefault="00F858E6" w:rsidP="00996FA6">
            <w:pPr>
              <w:spacing w:line="360" w:lineRule="auto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F858E6">
              <w:rPr>
                <w:b/>
                <w:color w:val="000000"/>
                <w:sz w:val="24"/>
                <w:szCs w:val="24"/>
              </w:rPr>
              <w:t>Znaczenie</w:t>
            </w:r>
            <w:proofErr w:type="spellEnd"/>
            <w:r w:rsidRPr="00F858E6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58E6">
              <w:rPr>
                <w:b/>
                <w:color w:val="000000"/>
                <w:sz w:val="24"/>
                <w:szCs w:val="24"/>
              </w:rPr>
              <w:t>lokalne</w:t>
            </w:r>
            <w:proofErr w:type="spellEnd"/>
            <w:r w:rsidRPr="00F858E6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58E6">
              <w:rPr>
                <w:b/>
                <w:color w:val="000000"/>
                <w:sz w:val="24"/>
                <w:szCs w:val="24"/>
              </w:rPr>
              <w:t>obchodów</w:t>
            </w:r>
            <w:proofErr w:type="spellEnd"/>
            <w:r w:rsidRPr="00F858E6">
              <w:rPr>
                <w:b/>
                <w:color w:val="000000"/>
                <w:sz w:val="24"/>
                <w:szCs w:val="24"/>
              </w:rPr>
              <w:br/>
            </w:r>
            <w:r w:rsidRPr="00F858E6">
              <w:rPr>
                <w:b/>
                <w:color w:val="000000"/>
                <w:sz w:val="24"/>
                <w:szCs w:val="24"/>
              </w:rPr>
              <w:br/>
            </w:r>
            <w:r w:rsidR="00996FA6" w:rsidRPr="00F858E6">
              <w:rPr>
                <w:bCs/>
                <w:color w:val="000000"/>
                <w:sz w:val="24"/>
                <w:szCs w:val="24"/>
              </w:rPr>
              <w:t>……………………………………</w:t>
            </w:r>
            <w:r w:rsidR="00996FA6" w:rsidRPr="00F858E6">
              <w:rPr>
                <w:bCs/>
                <w:color w:val="000000"/>
                <w:sz w:val="24"/>
                <w:szCs w:val="24"/>
              </w:rPr>
              <w:br/>
              <w:t>……………………………………</w:t>
            </w:r>
          </w:p>
          <w:p w14:paraId="7AA321C7" w14:textId="77777777" w:rsidR="00996FA6" w:rsidRPr="00F858E6" w:rsidRDefault="00996FA6" w:rsidP="00996FA6">
            <w:pPr>
              <w:spacing w:line="360" w:lineRule="auto"/>
              <w:rPr>
                <w:bCs/>
                <w:color w:val="000000"/>
                <w:sz w:val="24"/>
                <w:szCs w:val="24"/>
              </w:rPr>
            </w:pPr>
            <w:r w:rsidRPr="00F858E6">
              <w:rPr>
                <w:bCs/>
                <w:color w:val="000000"/>
                <w:sz w:val="24"/>
                <w:szCs w:val="24"/>
              </w:rPr>
              <w:t>……………………………………</w:t>
            </w:r>
          </w:p>
          <w:p w14:paraId="5F53BDD0" w14:textId="77777777" w:rsidR="00996FA6" w:rsidRPr="00F858E6" w:rsidRDefault="00996FA6" w:rsidP="00996FA6">
            <w:pPr>
              <w:spacing w:line="360" w:lineRule="auto"/>
              <w:rPr>
                <w:bCs/>
                <w:color w:val="000000"/>
                <w:sz w:val="24"/>
                <w:szCs w:val="24"/>
              </w:rPr>
            </w:pPr>
            <w:r w:rsidRPr="00F858E6">
              <w:rPr>
                <w:bCs/>
                <w:color w:val="000000"/>
                <w:sz w:val="24"/>
                <w:szCs w:val="24"/>
              </w:rPr>
              <w:t>……………………………………</w:t>
            </w:r>
          </w:p>
          <w:p w14:paraId="2AA5AB68" w14:textId="77777777" w:rsidR="00996FA6" w:rsidRPr="00F858E6" w:rsidRDefault="00996FA6" w:rsidP="00996FA6">
            <w:pPr>
              <w:spacing w:line="360" w:lineRule="auto"/>
              <w:rPr>
                <w:bCs/>
                <w:color w:val="000000"/>
                <w:sz w:val="24"/>
                <w:szCs w:val="24"/>
              </w:rPr>
            </w:pPr>
            <w:r w:rsidRPr="00F858E6">
              <w:rPr>
                <w:bCs/>
                <w:color w:val="000000"/>
                <w:sz w:val="24"/>
                <w:szCs w:val="24"/>
              </w:rPr>
              <w:t>……………………………………</w:t>
            </w:r>
          </w:p>
          <w:p w14:paraId="25A1F506" w14:textId="30AD7C44" w:rsidR="00F858E6" w:rsidRPr="00F858E6" w:rsidRDefault="00996FA6" w:rsidP="00996FA6">
            <w:pPr>
              <w:spacing w:line="360" w:lineRule="auto"/>
              <w:rPr>
                <w:sz w:val="24"/>
                <w:szCs w:val="24"/>
              </w:rPr>
            </w:pPr>
            <w:r w:rsidRPr="00F858E6">
              <w:rPr>
                <w:bCs/>
                <w:color w:val="000000"/>
                <w:sz w:val="24"/>
                <w:szCs w:val="24"/>
              </w:rPr>
              <w:t>……………………………………</w:t>
            </w:r>
            <w:r w:rsidRPr="00F858E6">
              <w:rPr>
                <w:bCs/>
                <w:color w:val="000000"/>
                <w:sz w:val="24"/>
                <w:szCs w:val="24"/>
              </w:rPr>
              <w:br/>
              <w:t>……………………………………</w:t>
            </w:r>
          </w:p>
        </w:tc>
      </w:tr>
    </w:tbl>
    <w:p w14:paraId="73BD86B6" w14:textId="77777777" w:rsidR="00C76FFB" w:rsidRDefault="00C76FFB">
      <w:pPr>
        <w:spacing w:after="40"/>
      </w:pPr>
    </w:p>
    <w:p w14:paraId="2200D260" w14:textId="60EF2AAC" w:rsidR="00714AB3" w:rsidRDefault="00714AB3">
      <w:pPr>
        <w:jc w:val="right"/>
      </w:pPr>
    </w:p>
    <w:sectPr w:rsidR="00714AB3" w:rsidSect="00F858E6">
      <w:pgSz w:w="11906" w:h="16838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4452776">
    <w:abstractNumId w:val="8"/>
  </w:num>
  <w:num w:numId="2" w16cid:durableId="539558750">
    <w:abstractNumId w:val="6"/>
  </w:num>
  <w:num w:numId="3" w16cid:durableId="1319918744">
    <w:abstractNumId w:val="5"/>
  </w:num>
  <w:num w:numId="4" w16cid:durableId="1532036208">
    <w:abstractNumId w:val="4"/>
  </w:num>
  <w:num w:numId="5" w16cid:durableId="129519445">
    <w:abstractNumId w:val="7"/>
  </w:num>
  <w:num w:numId="6" w16cid:durableId="350647662">
    <w:abstractNumId w:val="3"/>
  </w:num>
  <w:num w:numId="7" w16cid:durableId="968128146">
    <w:abstractNumId w:val="2"/>
  </w:num>
  <w:num w:numId="8" w16cid:durableId="1708525733">
    <w:abstractNumId w:val="1"/>
  </w:num>
  <w:num w:numId="9" w16cid:durableId="1846091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14AB3"/>
    <w:rsid w:val="00996FA6"/>
    <w:rsid w:val="00AA1D8D"/>
    <w:rsid w:val="00B47730"/>
    <w:rsid w:val="00B71C72"/>
    <w:rsid w:val="00C76FFB"/>
    <w:rsid w:val="00C80646"/>
    <w:rsid w:val="00CB0664"/>
    <w:rsid w:val="00D6396F"/>
    <w:rsid w:val="00F65234"/>
    <w:rsid w:val="00F858E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09DAE4"/>
  <w14:defaultImageDpi w14:val="300"/>
  <w15:docId w15:val="{FEEF589F-3126-42AD-B4B1-B7DA7D072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16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360</Words>
  <Characters>2165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Adam Makowski</cp:lastModifiedBy>
  <cp:revision>3</cp:revision>
  <dcterms:created xsi:type="dcterms:W3CDTF">2026-09-23T11:46:00Z</dcterms:created>
  <dcterms:modified xsi:type="dcterms:W3CDTF">2026-09-23T11:47:00Z</dcterms:modified>
  <cp:category/>
</cp:coreProperties>
</file>